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FISIKA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Fisika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Termodinamika dan Siklus Mesin Kalor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kalor, usaha, dan energi dalam menggunakan Hukum Ke-1 Termodinamika.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usaha dan efisiensi mesin termodinamika melalui diagram siklus P-V.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batasan efisiensi mesin kalor Carnot dan prinsip Hukum Ke-2 Termodinamika.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Hukum Termodinamika Ke-0, Ke-1, dan Ke-2, proses termodinamika gas ideal (Isobarik, Isokhorik, Isotermik, Adiabatik), perhitungan usaha gas (</w:t>
      </w:r>
      <m:oMath>
        <m:r>
          <m:t>W</m:t>
        </m:r>
        <m:r>
          <m:t>=</m:t>
        </m:r>
        <m:r>
          <m:t>int</m:t>
        </m:r>
        <m:r>
          <m:t>P</m:t>
        </m:r>
        <m:r>
          <m:t>d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t>), Siklus Carnot dan efisiensi maksimum mesin kalor, serta konsep Entropi semesta.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Hukum Ke-1 Termodinamika dan Usaha pada Proses Gas Ideal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usaha luar (</w:t>
      </w:r>
      <m:oMath>
        <m:r>
          <m:t>W</m:t>
        </m:r>
      </m:oMath>
      <w:r>
        <w:rPr>
          <w:rFonts w:ascii="Calibri" w:hAnsi="Calibri"/>
          <w:b w:val="0"/>
          <w:i w:val="0"/>
          <w:color w:val="000000"/>
          <w:sz w:val="18"/>
        </w:rPr>
        <w:t>), kalor masuk (</w:t>
      </w:r>
      <m:oMath>
        <m:r>
          <m:t>Q</m:t>
        </m:r>
      </m:oMath>
      <w:r>
        <w:rPr>
          <w:rFonts w:ascii="Calibri" w:hAnsi="Calibri"/>
          <w:b w:val="0"/>
          <w:i w:val="0"/>
          <w:color w:val="000000"/>
          <w:sz w:val="18"/>
        </w:rPr>
        <w:t>), dan perubahan energi dalam (</w:t>
      </w:r>
      <m:oMath>
        <m:r>
          <m:t>Δ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>) pada grafik P-V.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Proses Isobarik, Isokhorik, Isotermik, dan Adiabatik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Menerapkan hukum gas ideal dan persamaan Laplace </w:t>
      </w:r>
      <m:oMath>
        <m:r>
          <m:t>P</m:t>
        </m:r>
        <m:sSup>
          <m:e>
            <m:r>
              <m:t>V</m:t>
            </m:r>
          </m:e>
          <m:sup>
            <m:r>
              <m:t>γ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kompresi adiabatik gas.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Siklus Carnot dan Efisiensi Termal Mesin Kalor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dua proses isotermik dan dua proses adiabatik dalam diagram siklus tertutup Carnot.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Hukum Ke-2 Termodinamika, Mesin Pendingin (Refrigerasi), dan Entropi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koefisien performansi mesin pendingin (</w:t>
      </w:r>
      <m:oMath>
        <m:r>
          <m:t>C</m:t>
        </m:r>
        <m:r>
          <m:t>O</m:t>
        </m:r>
        <m:r>
          <m:t>P</m:t>
        </m:r>
        <m:r>
          <m:t>=</m:t>
        </m:r>
        <m:f>
          <m:fPr>
            <m:type m:val="bar"/>
          </m:fPr>
          <m:num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num>
          <m:den>
            <m:sSub>
              <m:e>
                <m:r>
                  <m:t>T</m:t>
                </m:r>
              </m:e>
              <m:sub>
                <m:r>
                  <m:t>H</m:t>
                </m:r>
              </m:sub>
            </m:sSub>
            <m:r>
              <m:t>-</m:t>
            </m:r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) dan derajat ketidakteraturan entropi.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mesin kalor Carnot bekerja di antara reservoir suhu tinggi </w:t>
      </w:r>
      <m:oMath>
        <m:sSub>
          <m:e>
            <m:r>
              <m:t>T</m:t>
            </m:r>
          </m:e>
          <m:sub>
            <m:r>
              <m:t>H</m:t>
            </m:r>
          </m:sub>
        </m:sSub>
        <m:r>
          <m:t>=</m:t>
        </m:r>
        <m:r>
          <m:t>8</m:t>
        </m:r>
        <m:r>
          <m:t>0</m:t>
        </m:r>
        <m:r>
          <m:t>0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reservoir suhu rendah </w:t>
      </w:r>
      <m:oMath>
        <m:sSub>
          <m:e>
            <m:r>
              <m:t>T</m:t>
            </m:r>
          </m:e>
          <m:sub>
            <m:r>
              <m:t>C</m:t>
            </m:r>
          </m:sub>
        </m:sSub>
        <m:r>
          <m:t>=</m:t>
        </m:r>
        <m:r>
          <m:t>4</m:t>
        </m:r>
        <m:r>
          <m:t>0</m:t>
        </m:r>
        <m:r>
          <m:t>0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. Efisiensi termal maksimum dari mesin Carnot tersebut adalah...</w:t>
      </w:r>
    </w:p>
    <w:p>
      <w:pPr>
        <w:spacing w:before="0" w:after="20"/>
        <w:ind w:left="576"/>
      </w:pPr>
      <m:oMath>
        <m:r>
          <m:t>5</m:t>
        </m:r>
        <m:r>
          <m:t>0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2</m:t>
        </m:r>
        <m:r>
          <m:t>5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7</m:t>
        </m:r>
        <m:r>
          <m:t>5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6</m:t>
        </m:r>
        <m:r>
          <m:t>0</m:t>
        </m:r>
        <m:r>
          <m:t>\</m:t>
        </m:r>
        <m:r>
          <m:t>%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η</m:t>
        </m:r>
        <m:r>
          <m:t>=</m:t>
        </m:r>
        <m:r>
          <m:t>1</m:t>
        </m:r>
        <m:r>
          <m:t>-</m:t>
        </m:r>
        <m:f>
          <m:fPr>
            <m:type m:val="bar"/>
          </m:fPr>
          <m:num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num>
          <m:den>
            <m:sSub>
              <m:e>
                <m:r>
                  <m:t>T</m:t>
                </m:r>
              </m:e>
              <m:sub>
                <m:r>
                  <m:t>H</m:t>
                </m:r>
              </m:sub>
            </m:sSub>
          </m:den>
        </m:f>
        <m:r>
          <m:t>=</m:t>
        </m:r>
        <m:r>
          <m:t>1</m:t>
        </m:r>
        <m:r>
          <m:t>-</m:t>
        </m:r>
        <m:f>
          <m:fPr>
            <m:type m:val="bar"/>
          </m:fPr>
          <m:num>
            <m:r>
              <m:t>4</m:t>
            </m:r>
            <m:r>
              <m:t>0</m:t>
            </m:r>
            <m:r>
              <m:t>0</m:t>
            </m:r>
          </m:num>
          <m:den>
            <m:r>
              <m:t>8</m:t>
            </m:r>
            <m:r>
              <m:t>0</m:t>
            </m:r>
            <m:r>
              <m:t>0</m:t>
            </m:r>
          </m:den>
        </m:f>
        <m:r>
          <m:t>=</m:t>
        </m:r>
        <m:r>
          <m:t>1</m:t>
        </m:r>
        <m:r>
          <m:t>-</m:t>
        </m:r>
        <m:r>
          <m:t>0</m:t>
        </m:r>
        <m:r>
          <m:t>.</m:t>
        </m:r>
        <m:r>
          <m:t>5</m:t>
        </m:r>
        <m:r>
          <m:t>=</m:t>
        </m:r>
        <m:r>
          <m:t>0</m:t>
        </m:r>
        <m:r>
          <m:t>.</m:t>
        </m:r>
        <m:r>
          <m:t>5</m:t>
        </m:r>
        <m:r>
          <m:t>=</m:t>
        </m:r>
        <m:r>
          <m:t>5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Gas ideal menyerap kalor dari lingkungan sebesar </w:t>
      </w:r>
      <m:oMath>
        <m:r>
          <m:t>Q</m:t>
        </m:r>
        <m:r>
          <m:t>=</m:t>
        </m:r>
        <m:r>
          <m:t>3</m:t>
        </m:r>
        <m:r>
          <m:t>0</m:t>
        </m:r>
        <m:r>
          <m:t>0</m:t>
        </m:r>
        <m:r>
          <m:t>0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melakukan usaha luar sebesar </w:t>
      </w:r>
      <m:oMath>
        <m:r>
          <m:t>W</m:t>
        </m:r>
        <m:r>
          <m:t>=</m:t>
        </m:r>
        <m:r>
          <m:t>1</m:t>
        </m:r>
        <m:r>
          <m:t>8</m:t>
        </m:r>
        <m:r>
          <m:t>0</m:t>
        </m:r>
        <m:r>
          <m:t>0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9"/>
        </w:rPr>
        <w:t>. Perubahan energi dalam (</w:t>
      </w:r>
      <m:oMath>
        <m:r>
          <m:t>Δ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9"/>
        </w:rPr>
        <w:t>) gas tersebut adalah...</w:t>
      </w:r>
    </w:p>
    <w:p>
      <w:pPr>
        <w:spacing w:before="0" w:after="20"/>
        <w:ind w:left="576"/>
      </w:pPr>
      <m:oMath>
        <m:r>
          <m:t>1</m:t>
        </m:r>
        <m:r>
          <m:t>2</m:t>
        </m:r>
        <m:r>
          <m:t>0</m:t>
        </m:r>
        <m:r>
          <m:t>0</m:t>
        </m:r>
        <m:r>
          <m:t>J</m:t>
        </m:r>
      </m:oMath>
    </w:p>
    <w:p>
      <w:pPr>
        <w:spacing w:before="0" w:after="20"/>
        <w:ind w:left="576"/>
      </w:pPr>
      <m:oMath>
        <m:r>
          <m:t>4</m:t>
        </m:r>
        <m:r>
          <m:t>8</m:t>
        </m:r>
        <m:r>
          <m:t>0</m:t>
        </m:r>
        <m:r>
          <m:t>0</m:t>
        </m:r>
        <m:r>
          <m:t>J</m:t>
        </m:r>
      </m:oMath>
    </w:p>
    <w:p>
      <w:pPr>
        <w:spacing w:before="0" w:after="20"/>
        <w:ind w:left="576"/>
      </w:pPr>
      <m:oMath>
        <m:r>
          <m:t>-</m:t>
        </m:r>
        <m:r>
          <m:t>1</m:t>
        </m:r>
        <m:r>
          <m:t>2</m:t>
        </m:r>
        <m:r>
          <m:t>0</m:t>
        </m:r>
        <m:r>
          <m:t>0</m:t>
        </m:r>
        <m:r>
          <m:t>J</m:t>
        </m:r>
      </m:oMath>
    </w:p>
    <w:p>
      <w:pPr>
        <w:spacing w:before="0" w:after="20"/>
        <w:ind w:left="576"/>
      </w:pPr>
      <m:oMath>
        <m:r>
          <m:t>3</m:t>
        </m:r>
        <m:r>
          <m:t>0</m:t>
        </m:r>
        <m:r>
          <m:t>0</m:t>
        </m:r>
        <m:r>
          <m:t>0</m:t>
        </m:r>
        <m:r>
          <m:t>J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Hukum I Termodinamika: </w:t>
      </w:r>
      <m:oMath>
        <m:r>
          <m:t>Δ</m:t>
        </m:r>
        <m:r>
          <m:t>U</m:t>
        </m:r>
        <m:r>
          <m:t>=</m:t>
        </m:r>
        <m:r>
          <m:t>Q</m:t>
        </m:r>
        <m:r>
          <m:t>-</m:t>
        </m:r>
        <m:r>
          <m:t>W</m:t>
        </m:r>
        <m:r>
          <m:t>=</m:t>
        </m:r>
        <m:r>
          <m:t>3</m:t>
        </m:r>
        <m:r>
          <m:t>0</m:t>
        </m:r>
        <m:r>
          <m:t>0</m:t>
        </m:r>
        <m:r>
          <m:t>0</m:t>
        </m:r>
        <m:r>
          <m:t>-</m:t>
        </m:r>
        <m:r>
          <m:t>1</m:t>
        </m:r>
        <m:r>
          <m:t>8</m:t>
        </m:r>
        <m:r>
          <m:t>0</m:t>
        </m:r>
        <m:r>
          <m:t>0</m:t>
        </m:r>
        <m:r>
          <m:t>=</m:t>
        </m:r>
        <m:r>
          <m:t>1</m:t>
        </m:r>
        <m:r>
          <m:t>2</m:t>
        </m:r>
        <m:r>
          <m:t>0</m:t>
        </m:r>
        <m:r>
          <m:t>0</m:t>
        </m:r>
        <m:r>
          <m:t>J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Suatu gas ideal dipanaskan pada volume tetap (*proses isokhorik*). Pernyataan yang BENAR mengenai usaha luar (</w:t>
      </w:r>
      <m:oMath>
        <m:r>
          <m:t>W</m:t>
        </m:r>
      </m:oMath>
      <w:r>
        <w:rPr>
          <w:rFonts w:ascii="Calibri" w:hAnsi="Calibri"/>
          <w:b w:val="0"/>
          <w:i w:val="0"/>
          <w:color w:val="000000"/>
          <w:sz w:val="19"/>
        </w:rPr>
        <w:t>) yang dilakukan oleh gas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Usaha yang dilakukan gas bernilai nol (</w:t>
      </w:r>
      <m:oMath>
        <m:r>
          <m:t>W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 karena tidak ada perubahan volume (</w:t>
      </w:r>
      <m:oMath>
        <m:r>
          <m:t>Δ</m:t>
        </m:r>
        <m:r>
          <m:t>V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Usaha gas bernilai maksimum sebanding dengan tekanan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Usaha sama dengan kalor yang diserap dikurangi suhu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Usaha selalu bernilai negatif tak terhingga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Usaha </w:t>
      </w:r>
      <m:oMath>
        <m:r>
          <m:t>W</m:t>
        </m:r>
        <m:r>
          <m:t>=</m:t>
        </m:r>
        <m:r>
          <m:t>P</m:t>
        </m:r>
        <m:r>
          <m:t>Δ</m:t>
        </m:r>
        <m:r>
          <m:t>V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Karena pada proses isokhorik </w:t>
      </w:r>
      <m:oMath>
        <m:r>
          <m:t>Δ</m:t>
        </m:r>
        <m:r>
          <m:t>V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, maka gas tidak melakukan usaha luar (</w:t>
      </w:r>
      <m:oMath>
        <m:r>
          <m:t>W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lemari es pendingin bekerja dengan menyerap kalor dari ruang dingin bersuhu </w:t>
      </w:r>
      <m:oMath>
        <m:r>
          <m:t>-</m:t>
        </m:r>
        <m:sSup>
          <m:e>
            <m:r>
              <m:t>3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2</m:t>
        </m:r>
        <m:r>
          <m:t>7</m:t>
        </m:r>
        <m:r>
          <m:t>0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dan membuangnya ke udara luar bersuhu </w:t>
      </w:r>
      <m:oMath>
        <m:r>
          <m:t>2</m:t>
        </m:r>
        <m:sSup>
          <m:e>
            <m:r>
              <m:t>7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3</m:t>
        </m:r>
        <m:r>
          <m:t>0</m:t>
        </m:r>
        <m:r>
          <m:t>0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). Koefisien performansi maksimum (</w:t>
      </w:r>
      <m:oMath>
        <m:r>
          <m:t>C</m:t>
        </m:r>
        <m:r>
          <m:t>O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) mesin pendingin tersebut adalah...</w:t>
      </w:r>
    </w:p>
    <w:p>
      <w:pPr>
        <w:spacing w:before="0" w:after="20"/>
        <w:ind w:left="576"/>
      </w:pPr>
      <m:oMath>
        <m:r>
          <m:t>9</m:t>
        </m:r>
      </m:oMath>
    </w:p>
    <w:p>
      <w:pPr>
        <w:spacing w:before="0" w:after="20"/>
        <w:ind w:left="576"/>
      </w:pPr>
      <m:oMath>
        <m:r>
          <m:t>1</m:t>
        </m:r>
        <m:r>
          <m:t>0</m:t>
        </m:r>
      </m:oMath>
    </w:p>
    <w:p>
      <w:pPr>
        <w:spacing w:before="0" w:after="20"/>
        <w:ind w:left="576"/>
      </w:pPr>
      <m:oMath>
        <m:r>
          <m:t>8</m:t>
        </m:r>
      </m:oMath>
    </w:p>
    <w:p>
      <w:pPr>
        <w:spacing w:before="0" w:after="20"/>
        <w:ind w:left="576"/>
      </w:pPr>
      <m:oMath>
        <m:r>
          <m:t>1</m:t>
        </m:r>
        <m:r>
          <m:t>2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C</m:t>
        </m:r>
        <m:r>
          <m:t>O</m:t>
        </m:r>
        <m:r>
          <m:t>P</m:t>
        </m:r>
        <m:r>
          <m:t>=</m:t>
        </m:r>
        <m:f>
          <m:fPr>
            <m:type m:val="bar"/>
          </m:fPr>
          <m:num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num>
          <m:den>
            <m:sSub>
              <m:e>
                <m:r>
                  <m:t>T</m:t>
                </m:r>
              </m:e>
              <m:sub>
                <m:r>
                  <m:t>H</m:t>
                </m:r>
              </m:sub>
            </m:sSub>
            <m:r>
              <m:t>-</m:t>
            </m:r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den>
        </m:f>
        <m:r>
          <m:t>=</m:t>
        </m:r>
        <m:f>
          <m:fPr>
            <m:type m:val="bar"/>
          </m:fPr>
          <m:num>
            <m:r>
              <m:t>2</m:t>
            </m:r>
            <m:r>
              <m:t>7</m:t>
            </m:r>
            <m:r>
              <m:t>0</m:t>
            </m:r>
          </m:num>
          <m:den>
            <m:r>
              <m:t>3</m:t>
            </m:r>
            <m:r>
              <m:t>0</m:t>
            </m:r>
            <m:r>
              <m:t>0</m:t>
            </m:r>
            <m:r>
              <m:t>-</m:t>
            </m:r>
            <m:r>
              <m:t>2</m:t>
            </m:r>
            <m:r>
              <m:t>7</m:t>
            </m:r>
            <m:r>
              <m:t>0</m:t>
            </m:r>
          </m:den>
        </m:f>
        <m:r>
          <m:t>=</m:t>
        </m:r>
        <m:f>
          <m:fPr>
            <m:type m:val="bar"/>
          </m:fPr>
          <m:num>
            <m:r>
              <m:t>2</m:t>
            </m:r>
            <m:r>
              <m:t>7</m:t>
            </m:r>
            <m:r>
              <m:t>0</m:t>
            </m:r>
          </m:num>
          <m:den>
            <m:r>
              <m:t>3</m:t>
            </m:r>
            <m:r>
              <m:t>0</m:t>
            </m:r>
          </m:den>
        </m:f>
        <m:r>
          <m:t>=</m:t>
        </m:r>
        <m:r>
          <m:t>9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Pernyataan Hukum II Termodinamika menurut Rudolf Clausius menegaskan bahwa...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Kalor tidak dapat mengalir secara spontan dari benda bersuhu dingin ke benda bersuhu lebih panas tanpa bantuan usaha luar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Energi mekanik tidak dapat diubah menjadi kalor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mesin kalor memiliki efisiensi seratus persen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Energi total semesta selalu berkurang menuju nol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Pernyataan Clausius: Mustahil memindahkan kalor dari reservoir dingin ke reservoir panas tanpa masukan kerja eksternal (seperti kompresor kulkas).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Fisika • Bab 4: Termodinamika dan Siklus Mesin Kalor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Hukum Ke-1 Termodinamika dan Usaha pada Proses Gas Ideal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usaha luar (</w:t>
      </w:r>
      <m:oMath>
        <m:r>
          <m:t>W</m:t>
        </m:r>
      </m:oMath>
      <w:r>
        <w:rPr>
          <w:rFonts w:ascii="Calibri" w:hAnsi="Calibri"/>
          <w:b w:val="0"/>
          <w:i w:val="0"/>
          <w:color w:val="000000"/>
          <w:sz w:val="18"/>
        </w:rPr>
        <w:t>), kalor masuk (</w:t>
      </w:r>
      <m:oMath>
        <m:r>
          <m:t>Q</m:t>
        </m:r>
      </m:oMath>
      <w:r>
        <w:rPr>
          <w:rFonts w:ascii="Calibri" w:hAnsi="Calibri"/>
          <w:b w:val="0"/>
          <w:i w:val="0"/>
          <w:color w:val="000000"/>
          <w:sz w:val="18"/>
        </w:rPr>
        <w:t>), dan perubahan energi dalam (</w:t>
      </w:r>
      <m:oMath>
        <m:r>
          <m:t>Δ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8"/>
        </w:rPr>
        <w:t>) pada grafik P-V.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Proses Isobarik, Isokhorik, Isotermik, dan Adiabatik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Menerapkan hukum gas ideal dan persamaan Laplace </w:t>
      </w:r>
      <m:oMath>
        <m:r>
          <m:t>P</m:t>
        </m:r>
        <m:sSup>
          <m:e>
            <m:r>
              <m:t>V</m:t>
            </m:r>
          </m:e>
          <m:sup>
            <m:r>
              <m:t>γ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kompresi adiabatik gas.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Siklus Carnot dan Efisiensi Termal Mesin Kalor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dua proses isotermik dan dua proses adiabatik dalam diagram siklus tertutup Carnot.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Hukum Ke-2 Termodinamika, Mesin Pendingin (Refrigerasi), dan Entropi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koefisien performansi mesin pendingin (</w:t>
      </w:r>
      <m:oMath>
        <m:r>
          <m:t>C</m:t>
        </m:r>
        <m:r>
          <m:t>O</m:t>
        </m:r>
        <m:r>
          <m:t>P</m:t>
        </m:r>
        <m:r>
          <m:t>=</m:t>
        </m:r>
        <m:f>
          <m:fPr>
            <m:type m:val="bar"/>
          </m:fPr>
          <m:num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num>
          <m:den>
            <m:sSub>
              <m:e>
                <m:r>
                  <m:t>T</m:t>
                </m:r>
              </m:e>
              <m:sub>
                <m:r>
                  <m:t>H</m:t>
                </m:r>
              </m:sub>
            </m:sSub>
            <m:r>
              <m:t>-</m:t>
            </m:r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) dan derajat ketidakteraturan entropi.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Termodinamika mengkaji konversi energi antara kalor (panas) dan usaha mekanik (kerja) serta perubahan variabel keadaan gas (</w:t>
      </w:r>
      <m:oMath>
        <m:r>
          <m:t>P</m:t>
        </m:r>
        <m:r>
          <m:t>,</m:t>
        </m:r>
        <m:r>
          <m:t>V</m:t>
        </m:r>
        <m:r>
          <m:t>,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). Hukum Termodinamika Ke-0 menetapkan konsep kesetimbangan termal sebagai dasar termometri, sedangkan Hukum Termodinamika Ke-1 menegaskan kekekalan energi: </w:t>
      </w:r>
      <m:oMath>
        <m:r>
          <m:t>Δ</m:t>
        </m:r>
        <m:r>
          <m:t>U</m:t>
        </m:r>
        <m:r>
          <m:t>=</m:t>
        </m:r>
        <m:r>
          <m:t>Q</m:t>
        </m:r>
        <m:r>
          <m:t>-</m:t>
        </m:r>
        <m:r>
          <m:t>W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di mana perubahan energi dalam </w:t>
      </w:r>
      <m:oMath>
        <m:r>
          <m:t>Δ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bergantung murni pada perubahan suhu gas.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Proses termodinamika meliputi: Isobarik (tekanan tetap, </w:t>
      </w:r>
      <m:oMath>
        <m:r>
          <m:t>W</m:t>
        </m:r>
        <m:r>
          <m:t>=</m:t>
        </m:r>
        <m:r>
          <m:t>P</m:t>
        </m:r>
        <m:r>
          <m:t>Δ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Isokhorik (volume tetap, </w:t>
      </w:r>
      <m:oMath>
        <m:r>
          <m:t>W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Isotermik (suhu tetap, </w:t>
      </w:r>
      <m:oMath>
        <m:r>
          <m:t>Δ</m:t>
        </m:r>
        <m:r>
          <m:t>U</m:t>
        </m:r>
        <m:r>
          <m:t>=</m:t>
        </m:r>
        <m:r>
          <m:t>0</m:t>
        </m:r>
        <m:r>
          <m:t>,</m:t>
        </m:r>
        <m:r>
          <m:t>W</m:t>
        </m:r>
        <m:r>
          <m:t>=</m:t>
        </m:r>
        <m:r>
          <m:t>n</m:t>
        </m:r>
        <m:r>
          <m:t>R</m:t>
        </m:r>
        <m:r>
          <m:t>T</m:t>
        </m:r>
        <m:r>
          <m:t>ln </m:t>
        </m:r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2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1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), dan Adiabatik (tanpa pertukaran kalor </w:t>
      </w:r>
      <m:oMath>
        <m:r>
          <m:t>Q</m:t>
        </m:r>
        <m:r>
          <m:t>=</m:t>
        </m:r>
        <m:r>
          <m:t>0</m:t>
        </m:r>
        <m:r>
          <m:t>,</m:t>
        </m:r>
        <m:r>
          <m:t>P</m:t>
        </m:r>
        <m:sSup>
          <m:e>
            <m:r>
              <m:t>V</m:t>
            </m:r>
          </m:e>
          <m:sup>
            <m:r>
              <m:t>γ</m:t>
            </m:r>
          </m:sup>
        </m:sSup>
        <m:r>
          <m:t>=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Hukum Termodinamika Ke-2 (Kelvin-Planck dan Clausius) menyatakan bahwa mustahil membuat mesin kalor yang mengubah 100% kalor menjadi usaha tanpa ada kalor yang dibuang ke reservoir dingin. Siklus Carnot menetapkan batas efisiensi teoritis maksimum: </w:t>
      </w:r>
      <m:oMath>
        <m:r>
          <m:t>η</m:t>
        </m:r>
        <m:r>
          <m:t>=</m:t>
        </m:r>
        <m:r>
          <m:t>1</m:t>
        </m:r>
        <m:r>
          <m:t>-</m:t>
        </m:r>
        <m:f>
          <m:fPr>
            <m:type m:val="bar"/>
          </m:fPr>
          <m:num>
            <m:sSub>
              <m:e>
                <m:r>
                  <m:t>T</m:t>
                </m:r>
              </m:e>
              <m:sub>
                <m:r>
                  <m:t>C</m:t>
                </m:r>
              </m:sub>
            </m:sSub>
          </m:num>
          <m:den>
            <m:sSub>
              <m:e>
                <m:r>
                  <m:t>T</m:t>
                </m:r>
              </m:e>
              <m:sub>
                <m:r>
                  <m:t>H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, serta memperkenalkan konsep kenaikan entropi </w:t>
      </w:r>
      <m:oMath>
        <m:r>
          <m:t>Δ</m:t>
        </m:r>
        <m:r>
          <m:t>S</m:t>
        </m:r>
        <m:r>
          <m:t>≥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alam semesta.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I Termodinamika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Hukum kekekalan energi pada sistem gas yang menyatakan bahwa kalor yang diserap sistem digunakan untuk menambah energi dalam dan melakukan usaha luar: </w:t>
            </w:r>
            <m:oMath>
              <m:r>
                <m:t>Δ</m:t>
              </m:r>
              <m:r>
                <m:t>U</m:t>
              </m:r>
              <m:r>
                <m:t>=</m:t>
              </m:r>
              <m:r>
                <m:t>Q</m:t>
              </m:r>
              <m:r>
                <m:t>-</m:t>
              </m:r>
              <m:r>
                <m:t>W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Proses Adiabatik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termodinamika yang berlangsung sangat cepat atau dalam wadah terisolasi sempurna sehingga tidak terjadi pertukaran kalor antara sistem dengan lingkungan (</w:t>
            </w:r>
            <m:oMath>
              <m:r>
                <m:t>Q</m:t>
              </m:r>
              <m:r>
                <m:t>=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Siklus Carnot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Siklus termodinamika reversibel teoritis yang terdiri dari dua proses isotermik dan dua proses adiabatik, menghasilkan efisiensi mesin terbesar yang mungkin.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Efisiensi Mesin Kalor (</w:t>
            </w:r>
            <m:oMath>
              <m:r>
                <m:t>η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Rasio perbandingan antara usaha bersih yang dihasilkan mesin dengan energi kalor masukan dari reservoir suhu tinggi: </w:t>
            </w:r>
            <m:oMath>
              <m:r>
                <m:t>η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W</m:t>
                  </m:r>
                </m:num>
                <m:den>
                  <m:sSub>
                    <m:e>
                      <m:r>
                        <m:t>Q</m:t>
                      </m:r>
                    </m:e>
                    <m:sub>
                      <m:r>
                        <m:t>H</m:t>
                      </m:r>
                    </m:sub>
                  </m:sSub>
                </m:den>
              </m:f>
              <m:r>
                <m:t>=</m:t>
              </m:r>
              <m:r>
                <m:t>1</m:t>
              </m:r>
              <m:r>
                <m:t>-</m:t>
              </m:r>
              <m:f>
                <m:fPr>
                  <m:type m:val="bar"/>
                </m:fPr>
                <m:num>
                  <m:sSub>
                    <m:e>
                      <m:r>
                        <m:t>Q</m:t>
                      </m:r>
                    </m:e>
                    <m:sub>
                      <m:r>
                        <m:t>C</m:t>
                      </m:r>
                    </m:sub>
                  </m:sSub>
                </m:num>
                <m:den>
                  <m:sSub>
                    <m:e>
                      <m:r>
                        <m:t>Q</m:t>
                      </m:r>
                    </m:e>
                    <m:sub>
                      <m:r>
                        <m:t>H</m:t>
                      </m:r>
                    </m:sub>
                  </m:sSub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Entropi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Besaran termodinamika yang mengukur derajat ketidakteraturan atau keacakan molekuler suatu sistem alamiah yang selalu cenderung meningkat.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Fisika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