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EKONOMI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Ekonomi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Lembaga Jasa Keuangan dalam Perekonomian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peran dan fungsi Otoritas Jasa Keuangan (OJK) serta lembaga perbankan.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produk pasar modal dan lembaga industri keuangan non-bank (IKNB).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mengevaluasi legalitas produk keuangan digital (fintech) dan menghindari penipuan finansial.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fungsi Otoritas Jasa Keuangan (OJK), industri perbankan (konvensional &amp; syariah), industri keuangan non-bank (IKNB: asuransi, dana pensiun, lembaga pembiayaan/leasing, pegadaian), pasar modal (saham, obligasi, reksadana), serta teknologi finansial (*fintech*) dan pencegahan investasi bodong/pinjol ilegal.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Peran dan Wewenang Otoritas Jasa Keuangan (OJK)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fungsi pengawasan prudensial, perlindungan konsumen keuangan, dan edukasi literasi finansial.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Industri Perbankan dan Lembaga Intermediasi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prinsip kerja bank umum, bank perkreditan rakyat (BPR), dan prinsip operasional bank syariah.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Pasar Modal (Capital Market) dan Instrumen Investasi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Mempelajari saham kepemilikan ekuitas, obligasi surat utang (SBN), dan reksadana bagi investor pemula.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Industri Keuangan Non-Bank (IKNB), Fintech, dan Kewaspadaan Investasi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asuransi, pegadaian, P2P lending berizin OJK, serta mengenali ciri investasi bodong (skema Ponzi).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Lembaga independen yang bertugas melakukan pengaturan dan pengawasan terpadu terhadap seluruh kegiatan di sektor Perbankan, Pasar Modal, Perasuransian, Dana Pensiun, dan Fintech di Indonesia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Bank Indonesia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Otoritas Jasa Keuangan (OJK)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Kementerian Perdagangan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Badan Pemeriksa Keuangan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OJK bertindak sebagai regulator dan pengawas utama seluruh lembaga jasa keuangan di Indonesia sejak berlakunya UU No. 21 Tahun 2011.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Surat berharga yang menjadi bukti tanda kepemilikan modal seseorang atau badan hukum pada sebuah perusahaan terbuka (Tbk)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Obligasi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Saham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Bilyet Giro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Cek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Saham (*stock*) merupakan bukti kepemilikan modal ekuitas perusahaan yang memberikan hak dividen dan hak suara dalam RUPS.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Keuntungan yang diperoleh investor pemegang saham berupa pembagian laba bersih yang dihasilkan oleh perusahaan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Capital Gain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Dividen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Kupon Bunga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Premi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Dividen adalah bagian laba bersih perusahaan yang dibagikan kepada para pemegang saham berdasarkan keputusan RUPS.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Lembaga keuangan bukan bank yang menyalurkan kredit pinjaman kepada masyarakat berdasarkan hukum gadai dengan slogan 'Mengatasi Masalah Tanpa Masalah'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PT Pegadaian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PT Asuransi Jiwasraya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Koperasi Simpan Pinjam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Bursa Efek Indonesia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PT Pegadaian menyalurkan kredit cepat dengan jaminan barang bergerak (emas, perhiasan, kendaraan) sesuai hukum gadai.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Ciri utama dari penipuan investasi ilegal (*investasi bodong* berkedok skema Ponzi) yang wajib diwaspadai masyarakat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Terdaftar dan diawasi secara resmi oleh OJK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Menjanjikan keuntungan bunga pasti sangat tinggi dalam waktu singkat tanpa risiko rugi sama sekali (too good to be true)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Memiliki kantor fisik dan laporan keuangan transparan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Menjelaskan risiko investasi secara rinci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Ciri khas investasi bodong adalah iming-iming imbal hasil tidak masuk akal (*high return zero risk*) dan bonus perekrutan anggota baru (Ponzi).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Ekonomi • Bab 5: Lembaga Jasa Keuangan dalam Perekonomian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Peran dan Wewenang Otoritas Jasa Keuangan (OJK)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fungsi pengawasan prudensial, perlindungan konsumen keuangan, dan edukasi literasi finansial.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Industri Perbankan dan Lembaga Intermediasi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prinsip kerja bank umum, bank perkreditan rakyat (BPR), dan prinsip operasional bank syariah.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Pasar Modal (Capital Market) dan Instrumen Investasi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Mempelajari saham kepemilikan ekuitas, obligasi surat utang (SBN), dan reksadana bagi investor pemula.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Industri Keuangan Non-Bank (IKNB), Fintech, dan Kewaspadaan Investasi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asuransi, pegadaian, P2P lending berizin OJK, serta mengenali ciri investasi bodong (skema Ponzi).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Lembaga Jasa Keuangan (LJK) bertindak sebagai lembaga intermediasi keuangan (*financial intermediary*) yang menghimpun dana masyarakat dan menyalurkannya kembali dalam bentuk pembiayaan produktif guna menggerakkan roda perekonomian nasional.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Otoritas Jasa Keuangan (OJK) bertindak sebagai lembaga negara independen yang mengawasi, mengatur, dan melindungi konsumen industri jasa keuangan secara terintegrasi. Pengawasan mencakup sektor perbankan, pasar modal, industri keuangan non-bank (IKNB), dan *fintech*.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dibekali literasi dan inklusi keuangan (*financial literacy*) dalam membedakan instrumen investasi legal (saham, obligasi, reksa dana pasar modal), fungsi pegadaian, serta mewaspadai jebakan pinjaman online ilegal dan skema ponzi investasi bodong.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OJK (Otoritas Jasa Keuangan)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Lembaga independen yang mempunyai fungsi mengatur, mengawasi, memeriksa, dan menyidik seluruh kegiatan di sektor jasa keuangan.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Pasar Modal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Pasar untuk berbagai instrumen keuangan jangka panjang yang bisa diperjualbelikan (seperti saham, obligasi, dan reksadana).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Saham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Surat bukti kepemilikan bagian modal pada suatu perseroan terbatas (PT) yang memberikan hak atas dividen keuntungan.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Pegadaian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Lembaga keuangan non-bank yang menyalurkan pinjaman dana tunai kepada masyarakat dengan jaminan penyerahan benda bergerak.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Fintech P2P Lending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Layanan pinjam meminjam uang berbasis teknologi informasi yang mempertemukan pemberi pinjaman dengan penerima pinjaman secara daring.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Ekonomi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