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Pelaku Ekonomi, Pasar, dan Keseimbangan Harga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peran pelaku kegiatan ekonomi dalam diagram arus melingkar (circular flow).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merumuskan fungsi permintaan dan penawaran serta menghitung harga keseimbangan pasar.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koefisien elastisitas harga dan membedakan struktur pasar persaingan.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Circular Flow Diagram 4 sektor (RTK, RTP, RTG, RTLN), Hukum Permintaan dan Penawaran, kurva permintaan/penawaran, elastisitas harga (</w:t>
      </w:r>
      <m:oMath>
        <m:sSub>
          <m:e>
            <m:r>
              <m:t>E</m:t>
            </m:r>
          </m:e>
          <m:sub>
            <m:r>
              <m:t>d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sSub>
          <m:e>
            <m:r>
              <m:t>E</m:t>
            </m:r>
          </m:e>
          <m:sub>
            <m:r>
              <m:t>s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penentuan harga keseimbangan pasar (</w:t>
      </w:r>
      <m:oMath>
        <m:sSub>
          <m:e>
            <m:r>
              <m:t>Q</m:t>
            </m:r>
          </m:e>
          <m:sub>
            <m:r>
              <m:t>d</m:t>
            </m:r>
          </m:sub>
        </m:sSub>
        <m:r>
          <m:t>=</m:t>
        </m:r>
        <m:sSub>
          <m:e>
            <m:r>
              <m:t>Q</m:t>
            </m:r>
          </m:e>
          <m:sub>
            <m:r>
              <m:t>s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serta struktur pasar (persaingan sempurna, monopoli, oligopoli, monopolistik).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Peran Pelaku Ekonomi dan Circular Flow Diagram 4 Sektor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Menelusuri arus faktor produksi, arus uang pendapatan, arus barang/jasa, dan pajak/subsidi pemerintah.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Teori dan Fungsi Permintaan serta Penawaran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Menyusun persamaan fungsi linear permintaan </w:t>
      </w:r>
      <m:oMath>
        <m:r>
          <m:t>P</m:t>
        </m:r>
        <m:r>
          <m:t>-</m:t>
        </m:r>
        <m:sSub>
          <m:e>
            <m:r>
              <m:t>P</m:t>
            </m:r>
          </m:e>
          <m:sub>
            <m:r>
              <m:t>1</m:t>
            </m:r>
          </m:sub>
        </m:sSub>
        <m:r>
          <m:t>=</m:t>
        </m:r>
        <m:f>
          <m:fPr>
            <m:type m:val="bar"/>
          </m:fPr>
          <m:num>
            <m:sSub>
              <m:e>
                <m:r>
                  <m:t>P</m:t>
                </m:r>
              </m:e>
              <m:sub>
                <m:r>
                  <m:t>2</m:t>
                </m:r>
              </m:sub>
            </m:sSub>
            <m:r>
              <m:t>-</m:t>
            </m:r>
            <m:sSub>
              <m:e>
                <m:r>
                  <m:t>P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Q</m:t>
                </m:r>
              </m:e>
              <m:sub>
                <m:r>
                  <m:t>2</m:t>
                </m:r>
              </m:sub>
            </m:sSub>
            <m:r>
              <m:t>-</m:t>
            </m:r>
            <m:sSub>
              <m:e>
                <m:r>
                  <m:t>Q</m:t>
                </m:r>
              </m:e>
              <m:sub>
                <m:r>
                  <m:t>1</m:t>
                </m:r>
              </m:sub>
            </m:sSub>
          </m:den>
        </m:f>
        <m:r>
          <m:t>(</m:t>
        </m:r>
        <m:r>
          <m:t>Q</m:t>
        </m:r>
        <m:r>
          <m:t>-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menganalisis pergeseran kurva.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Penentuan Harga Keseimbangan Pasar (Market Equilibrium)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harga (</w:t>
      </w:r>
      <m:oMath>
        <m:sSub>
          <m:e>
            <m:r>
              <m:t>P</m:t>
            </m:r>
          </m:e>
          <m:sub>
            <m:r>
              <m:t>e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kuantitas (</w:t>
      </w:r>
      <m:oMath>
        <m:sSub>
          <m:e>
            <m:r>
              <m:t>Q</m:t>
            </m:r>
          </m:e>
          <m:sub>
            <m:r>
              <m:t>e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keseimbangan serta pengaruh pajak dan subsidi pemerintah.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Konsep Elastisitas Permintaan/Penawaran dan Struktur Pasar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koefisien elastisitas (</w:t>
      </w:r>
      <m:oMath>
        <m:r>
          <m:t>E</m:t>
        </m:r>
        <m:r>
          <m:t>&gt;</m:t>
        </m:r>
        <m:r>
          <m:t>1</m:t>
        </m:r>
        <m:r>
          <m:t>,</m:t>
        </m:r>
        <m:r>
          <m:t>E</m:t>
        </m:r>
        <m:r>
          <m:t>&lt;</m:t>
        </m:r>
        <m:r>
          <m:t>1</m:t>
        </m:r>
        <m:r>
          <m:t>,</m:t>
        </m:r>
        <m:r>
          <m:t>E</m:t>
        </m:r>
        <m:r>
          <m:t>=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8"/>
        </w:rPr>
        <w:t>) serta membedakan pasar oligopoli dan monopoli.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fungsi permintaan suatu barang </w:t>
      </w:r>
      <m:oMath>
        <m:sSub>
          <m:e>
            <m:r>
              <m:t>Q</m:t>
            </m:r>
          </m:e>
          <m:sub>
            <m:r>
              <m:t>d</m:t>
            </m:r>
          </m:sub>
        </m:sSub>
        <m:r>
          <m:t>=</m:t>
        </m:r>
        <m:r>
          <m:t>8</m:t>
        </m:r>
        <m:r>
          <m:t>0</m:t>
        </m:r>
        <m:r>
          <m:t>-</m:t>
        </m:r>
        <m:r>
          <m:t>2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fungsi penawaran </w:t>
      </w:r>
      <m:oMath>
        <m:sSub>
          <m:e>
            <m:r>
              <m:t>Q</m:t>
            </m:r>
          </m:e>
          <m:sub>
            <m:r>
              <m:t>s</m:t>
            </m:r>
          </m:sub>
        </m:sSub>
        <m:r>
          <m:t>=</m:t>
        </m:r>
        <m:r>
          <m:t>-</m:t>
        </m:r>
        <m:r>
          <m:t>2</m:t>
        </m:r>
        <m:r>
          <m:t>0</m:t>
        </m:r>
        <m:r>
          <m:t>+</m:t>
        </m:r>
        <m:r>
          <m:t>3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. Harga (</w:t>
      </w:r>
      <m:oMath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kuantitas (</w:t>
      </w:r>
      <m:oMath>
        <m:r>
          <m:t>Q</m:t>
        </m:r>
      </m:oMath>
      <w:r>
        <w:rPr>
          <w:rFonts w:ascii="Calibri" w:hAnsi="Calibri"/>
          <w:b w:val="0"/>
          <w:i w:val="0"/>
          <w:color w:val="000000"/>
          <w:sz w:val="19"/>
        </w:rPr>
        <w:t>) pada titik keseimbangan pasar adalah...</w:t>
      </w:r>
    </w:p>
    <w:p>
      <w:pPr>
        <w:spacing w:before="0" w:after="20"/>
        <w:ind w:left="576"/>
      </w:pPr>
      <m:oMath>
        <m:r>
          <m:t>P</m:t>
        </m:r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Q</m:t>
        </m:r>
        <m:r>
          <m:t>=</m:t>
        </m:r>
        <m:r>
          <m:t>4</m:t>
        </m:r>
        <m:r>
          <m:t>0</m:t>
        </m:r>
      </m:oMath>
    </w:p>
    <w:p>
      <w:pPr>
        <w:spacing w:before="0" w:after="20"/>
        <w:ind w:left="576"/>
      </w:pPr>
      <m:oMath>
        <m:r>
          <m:t>P</m:t>
        </m:r>
        <m:r>
          <m:t>=</m:t>
        </m:r>
        <m:r>
          <m:t>2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Q</m:t>
        </m:r>
        <m:r>
          <m:t>=</m:t>
        </m:r>
        <m:r>
          <m:t>3</m:t>
        </m:r>
        <m:r>
          <m:t>0</m:t>
        </m:r>
      </m:oMath>
    </w:p>
    <w:p>
      <w:pPr>
        <w:spacing w:before="0" w:after="20"/>
        <w:ind w:left="576"/>
      </w:pPr>
      <m:oMath>
        <m:r>
          <m:t>P</m:t>
        </m:r>
        <m:r>
          <m:t>=</m:t>
        </m:r>
        <m:r>
          <m:t>1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Q</m:t>
        </m:r>
        <m:r>
          <m:t>=</m:t>
        </m:r>
        <m:r>
          <m:t>5</m:t>
        </m:r>
        <m:r>
          <m:t>0</m:t>
        </m:r>
      </m:oMath>
    </w:p>
    <w:p>
      <w:pPr>
        <w:spacing w:before="0" w:after="20"/>
        <w:ind w:left="576"/>
      </w:pPr>
      <m:oMath>
        <m:r>
          <m:t>P</m:t>
        </m:r>
        <m:r>
          <m:t>=</m:t>
        </m:r>
        <m:r>
          <m:t>3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Q</m:t>
        </m:r>
        <m:r>
          <m:t>=</m:t>
        </m:r>
        <m:r>
          <m:t>2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Keseimbangan: </w:t>
      </w:r>
      <m:oMath>
        <m:sSub>
          <m:e>
            <m:r>
              <m:t>Q</m:t>
            </m:r>
          </m:e>
          <m:sub>
            <m:r>
              <m:t>d</m:t>
            </m:r>
          </m:sub>
        </m:sSub>
        <m:r>
          <m:t>=</m:t>
        </m:r>
        <m:sSub>
          <m:e>
            <m:r>
              <m:t>Q</m:t>
            </m:r>
          </m:e>
          <m:sub>
            <m:r>
              <m:t>s</m:t>
            </m:r>
          </m:sub>
        </m:sSub>
        <m:r>
          <m:t>→</m:t>
        </m:r>
        <m:r>
          <m:t>8</m:t>
        </m:r>
        <m:r>
          <m:t>0</m:t>
        </m:r>
        <m:r>
          <m:t>-</m:t>
        </m:r>
        <m:r>
          <m:t>2</m:t>
        </m:r>
        <m:r>
          <m:t>P</m:t>
        </m:r>
        <m:r>
          <m:t>=</m:t>
        </m:r>
        <m:r>
          <m:t>-</m:t>
        </m:r>
        <m:r>
          <m:t>2</m:t>
        </m:r>
        <m:r>
          <m:t>0</m:t>
        </m:r>
        <m:r>
          <m:t>+</m:t>
        </m:r>
        <m:r>
          <m:t>3</m:t>
        </m:r>
        <m:r>
          <m:t>P</m:t>
        </m:r>
        <m:r>
          <m:t>→</m:t>
        </m:r>
        <m:r>
          <m:t>5</m:t>
        </m:r>
        <m:r>
          <m:t>P</m:t>
        </m:r>
        <m:r>
          <m:t>=</m:t>
        </m:r>
        <m:r>
          <m:t>1</m:t>
        </m:r>
        <m:r>
          <m:t>0</m:t>
        </m:r>
        <m:r>
          <m:t>0</m:t>
        </m:r>
        <m:r>
          <m:t>→</m:t>
        </m:r>
        <m:r>
          <m:t>P</m:t>
        </m:r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Nilai </w:t>
      </w:r>
      <m:oMath>
        <m:r>
          <m:t>Q</m:t>
        </m:r>
        <m:r>
          <m:t>=</m:t>
        </m:r>
        <m:r>
          <m:t>8</m:t>
        </m:r>
        <m:r>
          <m:t>0</m:t>
        </m:r>
        <m:r>
          <m:t>-</m:t>
        </m:r>
        <m:r>
          <m:t>2</m:t>
        </m:r>
        <m:r>
          <m:t>(</m:t>
        </m:r>
        <m:r>
          <m:t>2</m:t>
        </m:r>
        <m:r>
          <m:t>0</m:t>
        </m:r>
        <m:r>
          <m:t>)</m:t>
        </m:r>
        <m:r>
          <m:t>=</m:t>
        </m:r>
        <m:r>
          <m:t>8</m:t>
        </m:r>
        <m:r>
          <m:t>0</m:t>
        </m:r>
        <m:r>
          <m:t>-</m:t>
        </m:r>
        <m:r>
          <m:t>4</m:t>
        </m:r>
        <m:r>
          <m:t>0</m:t>
        </m:r>
        <m:r>
          <m:t>=</m:t>
        </m:r>
        <m:r>
          <m:t>4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unit.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Dalam Circular Flow Diagram 4 Sektor, arus yang mengalir dari Rumah Tangga Konsumen (RTK) ke Rumah Tangga Produsen (RTP) di pasar faktor produksi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dan jasa siap konsumsi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Faktor produksi (tanah, tenaga kerja, modal, dan kewirausahaan)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Pembayaran pajak penghasilan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Uang subsidi pemerintah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RTK merupakan pemilik faktor produksi yang menyediakannya kepada RTP di pasar input untuk proses produksi.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harga suatu barang naik sebesar 10% dan mengakibatkan penurunan jumlah barang yang diminta sebesar 20%, maka koefisien elastisitas permintaan barang tersebut adalah...</w:t>
      </w:r>
    </w:p>
    <w:p>
      <w:pPr>
        <w:spacing w:before="0" w:after="20"/>
        <w:ind w:left="576"/>
      </w:pPr>
      <m:oMath>
        <m:r>
          <m:t>E</m:t>
        </m:r>
        <m:r>
          <m:t>=</m:t>
        </m:r>
        <m:r>
          <m:t>0</m:t>
        </m:r>
        <m:r>
          <m:t>,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(Inelastis)</w:t>
      </w:r>
    </w:p>
    <w:p>
      <w:pPr>
        <w:spacing w:before="0" w:after="20"/>
        <w:ind w:left="576"/>
      </w:pPr>
      <m:oMath>
        <m:r>
          <m:t>E</m:t>
        </m:r>
        <m:r>
          <m:t>=</m:t>
        </m:r>
        <m:r>
          <m:t>1</m:t>
        </m:r>
        <m:r>
          <m:t>,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(Uniter)</w:t>
      </w:r>
    </w:p>
    <w:p>
      <w:pPr>
        <w:spacing w:before="0" w:after="20"/>
        <w:ind w:left="576"/>
      </w:pPr>
      <m:oMath>
        <m:r>
          <m:t>E</m:t>
        </m:r>
        <m:r>
          <m:t>=</m:t>
        </m:r>
        <m:r>
          <m:t>2</m:t>
        </m:r>
        <m:r>
          <m:t>,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(Elastis)</w:t>
      </w:r>
    </w:p>
    <w:p>
      <w:pPr>
        <w:spacing w:before="0" w:after="20"/>
        <w:ind w:left="576"/>
      </w:pPr>
      <m:oMath>
        <m:r>
          <m:t>E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(Inelastis Sempurna)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m:oMath>
        <m:sSub>
          <m:e>
            <m:r>
              <m:t>E</m:t>
            </m:r>
          </m:e>
          <m:sub>
            <m:r>
              <m:t>d</m:t>
            </m:r>
          </m:sub>
        </m:sSub>
        <m:r>
          <m:t>=</m:t>
        </m:r>
        <m:r>
          <m:t>left</m:t>
        </m:r>
        <m:r>
          <m:t>|</m:t>
        </m:r>
        <m:f>
          <m:fPr>
            <m:type m:val="bar"/>
          </m:fPr>
          <m:num>
            <m:r>
              <m:t>\</m:t>
            </m:r>
            <m:r>
              <m:t>%</m:t>
            </m:r>
            <m:r>
              <m:t>Δ</m:t>
            </m:r>
            <m:r>
              <m:t>Q</m:t>
            </m:r>
          </m:num>
          <m:den>
            <m:r>
              <m:t>\</m:t>
            </m:r>
            <m:r>
              <m:t>%</m:t>
            </m:r>
            <m:r>
              <m:t>Δ</m:t>
            </m:r>
            <m:r>
              <m:t>P</m:t>
            </m:r>
          </m:den>
        </m:f>
        <m:r>
          <m:t>right</m:t>
        </m:r>
        <m:r>
          <m:t>|</m:t>
        </m:r>
        <m:r>
          <m:t>=</m:t>
        </m:r>
        <m:f>
          <m:fPr>
            <m:type m:val="bar"/>
          </m:fPr>
          <m:num>
            <m:r>
              <m:t>2</m:t>
            </m:r>
            <m:r>
              <m:t>0</m:t>
            </m:r>
            <m:r>
              <m:t>\</m:t>
            </m:r>
            <m:r>
              <m:t>%</m:t>
            </m:r>
          </m:num>
          <m:den>
            <m:r>
              <m:t>1</m:t>
            </m:r>
            <m:r>
              <m:t>0</m:t>
            </m:r>
            <m:r>
              <m:t>\</m:t>
            </m:r>
            <m:r>
              <m:t>%</m:t>
            </m:r>
          </m:den>
        </m:f>
        <m:r>
          <m:t>=</m:t>
        </m:r>
        <m:r>
          <m:t>2</m:t>
        </m:r>
        <m:r>
          <m:t>,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Karena </w:t>
      </w:r>
      <m:oMath>
        <m:r>
          <m:t>E</m:t>
        </m:r>
        <m:r>
          <m:t>&gt;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>, sifat elastisitasnya adalah Elastis.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Faktor berikut yang dapat menyebabkan pergeseran kurva permintaan suatu barang ke arah kanan (meningkat)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Penurunan pendapatan rata-rata masyarakat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Kenaikan pendapatan masyarakat dan pertambahan jumlah penduduk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Kenaikan biaya produksi barang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Munculnya tren masyarakat yang beralih ke barang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Peningkatan daya beli pendapatan dan bertambahnya populasi konsumen akan menggeser kurva permintaan ke kanan atas.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Struktur pasar di mana hanya terdapat SATU penjual tunggal yang menguasai seluruh penawaran barang tanpa adanya barang pengganti yang dekat (*close substitute*)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Pasar Persaingan Sempurna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Pasar Monopoli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Pasar Oligopoli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Pasar Monopsoni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Pasar monopoli dicirikan oleh produsen tunggal (*price maker*) dengan hambatan masuk pasar (*barrier to entry*) yang sangat tinggi.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3: Pelaku Ekonomi, Pasar, dan Keseimbangan Harga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Peran Pelaku Ekonomi dan Circular Flow Diagram 4 Sektor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Menelusuri arus faktor produksi, arus uang pendapatan, arus barang/jasa, dan pajak/subsidi pemerintah.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Teori dan Fungsi Permintaan serta Penawaran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Menyusun persamaan fungsi linear permintaan </w:t>
      </w:r>
      <m:oMath>
        <m:r>
          <m:t>P</m:t>
        </m:r>
        <m:r>
          <m:t>-</m:t>
        </m:r>
        <m:sSub>
          <m:e>
            <m:r>
              <m:t>P</m:t>
            </m:r>
          </m:e>
          <m:sub>
            <m:r>
              <m:t>1</m:t>
            </m:r>
          </m:sub>
        </m:sSub>
        <m:r>
          <m:t>=</m:t>
        </m:r>
        <m:f>
          <m:fPr>
            <m:type m:val="bar"/>
          </m:fPr>
          <m:num>
            <m:sSub>
              <m:e>
                <m:r>
                  <m:t>P</m:t>
                </m:r>
              </m:e>
              <m:sub>
                <m:r>
                  <m:t>2</m:t>
                </m:r>
              </m:sub>
            </m:sSub>
            <m:r>
              <m:t>-</m:t>
            </m:r>
            <m:sSub>
              <m:e>
                <m:r>
                  <m:t>P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Q</m:t>
                </m:r>
              </m:e>
              <m:sub>
                <m:r>
                  <m:t>2</m:t>
                </m:r>
              </m:sub>
            </m:sSub>
            <m:r>
              <m:t>-</m:t>
            </m:r>
            <m:sSub>
              <m:e>
                <m:r>
                  <m:t>Q</m:t>
                </m:r>
              </m:e>
              <m:sub>
                <m:r>
                  <m:t>1</m:t>
                </m:r>
              </m:sub>
            </m:sSub>
          </m:den>
        </m:f>
        <m:r>
          <m:t>(</m:t>
        </m:r>
        <m:r>
          <m:t>Q</m:t>
        </m:r>
        <m:r>
          <m:t>-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menganalisis pergeseran kurva.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Penentuan Harga Keseimbangan Pasar (Market Equilibrium)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harga (</w:t>
      </w:r>
      <m:oMath>
        <m:sSub>
          <m:e>
            <m:r>
              <m:t>P</m:t>
            </m:r>
          </m:e>
          <m:sub>
            <m:r>
              <m:t>e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kuantitas (</w:t>
      </w:r>
      <m:oMath>
        <m:sSub>
          <m:e>
            <m:r>
              <m:t>Q</m:t>
            </m:r>
          </m:e>
          <m:sub>
            <m:r>
              <m:t>e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keseimbangan serta pengaruh pajak dan subsidi pemerintah.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Konsep Elastisitas Permintaan/Penawaran dan Struktur Pasar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koefisien elastisitas (</w:t>
      </w:r>
      <m:oMath>
        <m:r>
          <m:t>E</m:t>
        </m:r>
        <m:r>
          <m:t>&gt;</m:t>
        </m:r>
        <m:r>
          <m:t>1</m:t>
        </m:r>
        <m:r>
          <m:t>,</m:t>
        </m:r>
        <m:r>
          <m:t>E</m:t>
        </m:r>
        <m:r>
          <m:t>&lt;</m:t>
        </m:r>
        <m:r>
          <m:t>1</m:t>
        </m:r>
        <m:r>
          <m:t>,</m:t>
        </m:r>
        <m:r>
          <m:t>E</m:t>
        </m:r>
        <m:r>
          <m:t>=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8"/>
        </w:rPr>
        <w:t>) serta membedakan pasar oligopoli dan monopoli.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perekonomian digerakkan oleh interaksi dinamis antara empat pelaku ekonomi: Rumah Tangga Konsumen (RTK pemilik faktor produksi), Rumah Tangga Produsen (RTP penghasil barang jasa), Rumah Tangga Pemerintah (RTG pembuat regulasi dan subsidi), serta Rumah Tangga Luar Negeri (RTLN perdagangan ekspor-impor) yang tergambar dalam *Circular Flow Diagram*.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Hukum Permintaan menyatakan bahwa saat harga barang naik, jumlah barang yang diminta akan turun (*ceteris paribus*). Sebaliknya, Hukum Penawaran menyatakan kenaikan harga akan mendorong produsen menambah jumlah barang yang ditawarkan.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Pertemuan kekuatan tawar-menawar antara kurva permintaan dan penawaran membentuk Titik Keseimbangan Pasar (*Equilibrium Price: </w:t>
      </w:r>
      <m:oMath>
        <m:sSub>
          <m:e>
            <m:r>
              <m:t>Q</m:t>
            </m:r>
          </m:e>
          <m:sub>
            <m:r>
              <m:t>d</m:t>
            </m:r>
          </m:sub>
        </m:sSub>
        <m:r>
          <m:t>=</m:t>
        </m:r>
        <m:sSub>
          <m:e>
            <m:r>
              <m:t>Q</m:t>
            </m:r>
          </m:e>
          <m:sub>
            <m:r>
              <m:t>s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*). Analisis elastisitas harga dan pemahaman struktur pasar (persaingan sempurna, monopoli, oligopoli) membantu analisis dinamika harga komoditas pangan pokok.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Circular Flow Diagram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Diagram visual yang menggambarkan arus perputaran barang, jasa, faktor produksi, dan uang antarpelaku ekonomi secara berkesinambungan.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Hukum Permintaan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ekonomi yang menyatakan bahwa jika harga suatu barang naik, maka jumlah barang yang diminta akan berkurang, dan sebaliknya (ceteris paribus).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Harga Keseimbangan (Equilibrium)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Tingkat harga yang terbentuk pada titik potong kurva permintaan dan kurva penawaran di mana jumlah permintaan sama dengan jumlah penawaran (</w:t>
            </w:r>
            <m:oMath>
              <m:sSub>
                <m:e>
                  <m:r>
                    <m:t>Q</m:t>
                  </m:r>
                </m:e>
                <m:sub>
                  <m:r>
                    <m:t>d</m:t>
                  </m:r>
                </m:sub>
              </m:sSub>
              <m:r>
                <m:t>=</m:t>
              </m:r>
              <m:sSub>
                <m:e>
                  <m:r>
                    <m:t>Q</m:t>
                  </m:r>
                </m:e>
                <m:sub>
                  <m:r>
                    <m:t>s</m:t>
                  </m:r>
                </m:sub>
              </m:sSub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Elastisitas Permintaan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Derajat kepekaan perubahan persentase jumlah barang yang diminta akibat adanya persentase perubahan harga barang tersebut (</w:t>
            </w:r>
            <m:oMath>
              <m:sSub>
                <m:e>
                  <m:r>
                    <m:t>E</m:t>
                  </m:r>
                </m:e>
                <m:sub>
                  <m:r>
                    <m:t>d</m:t>
                  </m:r>
                </m:sub>
              </m:sSub>
              <m:r>
                <m:t>=</m:t>
              </m:r>
              <m:f>
                <m:fPr>
                  <m:type m:val="bar"/>
                </m:fPr>
                <m:num>
                  <m:r>
                    <m:t>\</m:t>
                  </m:r>
                  <m:r>
                    <m:t>%</m:t>
                  </m:r>
                  <m:r>
                    <m:t>Δ</m:t>
                  </m:r>
                  <m:r>
                    <m:t>Q</m:t>
                  </m:r>
                </m:num>
                <m:den>
                  <m:r>
                    <m:t>\</m:t>
                  </m:r>
                  <m:r>
                    <m:t>%</m:t>
                  </m:r>
                  <m:r>
                    <m:t>Δ</m:t>
                  </m:r>
                  <m:r>
                    <m:t>P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Pasar Oligopoli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pasar di mana penawaran suatu jenis barang hanya dikuasai oleh beberapa perusahaan besar saja (seperti industri semen, operator seluler).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