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EKONOMI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Ekonomi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Konsep Dasar Ilmu Ekonomi dan Kelangkaan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konsep dasar ilmu ekonomi dan masalah kelangkaan sumber daya.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menyusun skala prioritas kebutuhan rasional dalam kehidupan sehari-hari.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dan menganalisis biaya peluang (opportunity cost) dalam pengambilan keputusan ekonomi.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pengertian ilmu ekonomi (*oikonomia*), kelangkaan (*scarcity*) sebagai masalah inti ekonomi, jenis-jenis kebutuhan dan alat pemuas kebutuhan, skala prioritas rasional, serta perhitungan biaya peluang (*opportunity cost*).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Hakikat Ilmu Ekonomi dan Inti Masalah Kelangkaan (Scarcity)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pembagian ilmu ekonomi deskriptif, teori ekonomi (mikro-makro), dan ekonomi terapan.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Kebutuhan Manusia dan Alat Pemuas Kebutuhan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Mengklasifikasikan kebutuhan berdasarkan intensitas, sifat jasmani/rohani, subjek, dan waktu pemenuhan.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Penyusunan Skala Prioritas dan Pengelolaan Keuangan Pribadi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matriks prioritas kebutuhan mendesak-penting dan membuat simulasi anggaran saku pelajar.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Konsep dan Perhitungan Biaya Peluang (Opportunity Cost)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nilai kesempatan terbaik yang dikorbankan saat memilih melanjutkan kuliah vs langsung bekerja.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Inti masalah ekonomi yang paling mendasar dan dihadapi oleh setiap individu maupun masyarakat di seluruh dunia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Kebutuhan manusia yang terbatas sementara alat pemuas kebutuhan melimpah ruah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Kesenjangan antara kebutuhan manusia yang tidak terbatas dengan ketersediaan alat pemuas kebutuhan yang jumlahnya terbatas (Kelangkaan)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Turunnya harga barang-barang elektronik di pasar global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Kurangnya jumlah tenaga kerja di sektor pertanian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Kelangkaan (*scarcity*) adalah masalah fundamental ekonomi: kebutuhan manusia yang tak terbatas berhadapan dengan sumber daya yang terbatas.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Setelah lulus SMA, Rian mendapat tawaran bekerja di perusahaan A dengan gaji Rp3.500.000/bulan, di perusahaan B dengan gaji Rp4.000.000/bulan, dan di perusahaan C dengan gaji Rp3.800.000/bulan. Jika Rian memutuskan untuk melanjutkan kuliah di perguruan tinggi dan tidak mengambil pekerjaan tersebut, maka besar Biaya Peluang (*Opportunity Cost*) Rian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Rp3.500.000 / bulan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Rp3.800.000 / bulan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Rp4.000.000 / bulan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Rp11.300.000 / bulan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Biaya peluang dihitung dari nilai alternatif TERBAIK/TERTINGGI yang dikorbankan, yaitu tawaran dari perusahaan B sebesar Rp4.000.000.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Kopi dan gula pasir, atau pena dan buku tulis merupakan contoh pasangan barang yang memiliki hubungan...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Substitusi (saling menggantikan)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Komplementer (saling melengkapi)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Barang bebas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Barang inferior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Barang komplementer adalah barang yang saling melengkapi kegunaannya dalam konsumsi.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Langkah pertama yang paling tepat dilakukan seorang siswa dalam menyusun skala prioritas pengeluaran uang saku bulanan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Membeli barang mewah keluaran terbaru yang sedang diskon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Mendahulukan pemenuhan kebutuhan pokok mendesak dan penting (seperti biaya transportasi dan buku pelajaran)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Menghabiskan seluruh uang untuk hiburan bermain game bersama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Meminjam uang kepada teman untuk gaya hidup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Skala prioritas mendahulukan kebutuhan primer yang bersifat penting dan mendesak sebelum mengalokasikan untuk keinginan tersier.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Cabang ilmu ekonomi yang mengkaji perilaku unit-unit ekonomi secara individual seperti perilaku konsumen, penentuan harga pasar suatu komoditas, dan efisiensi produksi perusahaan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Ekonomi Makro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Ekonomi Mikro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Ekonomi Moneter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Ekonomi Internasional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Ekonomi Mikro berfokus pada analisis unit-unit individu (konsumen, produsen, mekanisme harga pasar spesifik).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Ekonomi • Bab 1: Konsep Dasar Ilmu Ekonomi dan Kelangkaan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Hakikat Ilmu Ekonomi dan Inti Masalah Kelangkaan (Scarcity)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pembagian ilmu ekonomi deskriptif, teori ekonomi (mikro-makro), dan ekonomi terapan.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Kebutuhan Manusia dan Alat Pemuas Kebutuhan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Mengklasifikasikan kebutuhan berdasarkan intensitas, sifat jasmani/rohani, subjek, dan waktu pemenuhan.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Penyusunan Skala Prioritas dan Pengelolaan Keuangan Pribadi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matriks prioritas kebutuhan mendesak-penting dan membuat simulasi anggaran saku pelajar.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Konsep dan Perhitungan Biaya Peluang (Opportunity Cost)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nilai kesempatan terbaik yang dikorbankan saat memilih melanjutkan kuliah vs langsung bekerja.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Ilmu ekonomi lahir dari adanya kesenjangan mendasar antara kebutuhan manusia yang tidak terbatas (*unlimited wants*) berhadapan dengan ketersediaan sumber daya dan alat pemuas kebutuhan yang terbatas (*scarce resources*). Kelangkaan (*scarcity*) memaksa setiap pelaku ekonomi melakukan pilihan rasional (*rational choice*).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Dalam menentukan pilihan terbaik, individu dihadapkan pada pengorbanan yang dikenal sebagai Biaya Peluang (*opportunity cost*), yaitu nilai manfaat terbaik dari alternatif pilihan yang terpaksa dikorbankan. Analisis biaya peluang memandu pengambilan keputusan finansial dan alokasi modal usaha.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Penyusunan skala prioritas kebutuhan (primer, sekunder, tersier) berdasarkan tingkat urgensi dan intensitas waktu mendidik peserta didik memiliki kecerdasan finansial, mengendalikan perilaku konsumtif, dan membiasakan perencanaan anggaran yang disiplin.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Kelangkaan (Scarcity)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di mana sumber daya yang tersedia tidak cukup untuk memenuhi semua kebutuhan dan keinginan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Biaya Peluang (Opportunity Cost)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barang atau manfaat dari alternatif terbaik berikutnya yang harus dikorbankan ketika suatu pilihan diambil.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Skala Prioritas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Daftar urutan pemenuhan kebutuhan manusia yang disusun berdasarkan tingkat kepentingan dan urgensi mendesaknya.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Barang Substitusi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Barang yang fungsinya dapat saling menggantikan barang lain yang sejenis (misal: beras digantikan oleh jagung/singkong).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Barang Komplementer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Barang yang fungsinya saling melengkapi barang lain dan baru bernilai guna jika digunakan bersama (misal: mobil dan bensin).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Ekonomi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