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BIOLOGI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Sistem Pencernaan dan Sistem Pernapasan Manusia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proses pencernaan mekanik dan kimiawi serta uji kandungan nutrisi makanan.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mekanisme pernapasan dada dan pernapasan perut beserta volume udara paru-paru.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mekanisme pertukaran gas dan gangguan pada sistem pencernaan dan respirasi.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Uji nutrisi makanan (karbohidrat, protein, lemak, vitamin), anatomi saluran dan kelenjar pencernaan (enzimatis mulut, lambung, pankreas, usus halus), mekanisme pernapasan dada dan pernapasan perut, volume/kapasitas paru-paru (spirometri), pertukaran gas </w:t>
      </w:r>
      <m:oMath>
        <m:sSub>
          <m:e>
            <m:r>
              <m:t>O</m:t>
            </m:r>
          </m:e>
          <m:sub>
            <m:r>
              <m:t>2</m:t>
            </m:r>
          </m:sub>
        </m:sSub>
        <m:r>
          <m:t>/</m:t>
        </m:r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di alveolus dan jaringan, serta penyakit respirasi.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Nutrisi Makanan dan Uji Biokimia Zat Makanan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hasil uji Benedict (glukosa), Biuret (protein), Lugol (amilum), dan kertas buram (lemak).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Anatomi Saluran Pencernaan dan Kinetika Enzimatis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pencernaan lambung (</w:t>
      </w:r>
      <m:oMath>
        <m:r>
          <m:t>H</m:t>
        </m:r>
        <m:r>
          <m:t>C</m:t>
        </m:r>
        <m:r>
          <m:t>l</m:t>
        </m:r>
      </m:oMath>
      <w:r>
        <w:rPr>
          <w:rFonts w:ascii="Calibri" w:hAnsi="Calibri"/>
          <w:b w:val="0"/>
          <w:i w:val="0"/>
          <w:color w:val="000000"/>
          <w:sz w:val="18"/>
        </w:rPr>
        <w:t>, pepsinogen), sekresi getah empedu hati, dan absorpsi ileum.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Mekanisme Pernapasan Dada, Pernapasan Perut, dan Kapasitas Vital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Udara Tidal, Udara Komplementer, Suplementer, dan Udara Residu menggunakan spirometer.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Pertukaran Gas Alveolar dan Fisiologi Transpor Hemoglobin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kurva disosiasi oksihemoglobin, efek Bohr, asfiksia, dan penyakit emfisema/pneumonia.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Hasil uji bahan makanan di laboratorium menunjukkan: Uji Biuret menghasilkan warna ungu, Uji Lugol menghasilkan warna cokelat kuning (negatif), dan Uji Benedict dipanaskan menghasilkan endapan merah bata. Kandungan nutrisi bahan makanan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Mengandung protein dan glukosa (gula pereduksi)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Mengandung amilum dan lemak jenuh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mengandung vitamin C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Bahan makanan tidak mengandung nutrisi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Biuret ungu = positif ikatan peptida protein; Benedict merah bata = positif gula pereduksi monosakarida; Lugol kuning = negatif amilum.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Peristiwa inspirasi pada mekanisme 'Pernapasan Perut' terjadi ketika...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Otot diafragma berkontraksi mendatar -&gt; rongga dada membesar -&gt; tekanan udara paru-paru mengecil -&gt; udara luar masuk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Otot diafragma berelaksasi melengkung -&gt; rongga dada menyempit -&gt; udara keluar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Tulang rusuk tertekan ke bawah oleh otot perut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Kantung udara alveolus mengempis total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Inspirasi perut dipicu oleh kontraksi aktif diafragma mendatar, memperbesar volume toraks sehingga tekanan intrapulmoner turun di bawah tekanan atmosfer.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Enzim pencernaan yang dihasilkan oleh getah pankreas dan berfungsi menghidrolisis lemak emulsi menjadi asam lemak dan gliserol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Lipase pankreas (Steapsin)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Amilase ptialin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Tripsinogen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Pepsin lambung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Lipase pankreas mengurai trigliserida yang telah diemulsikan oleh garam empedu menjadi asam lemak dan monogliserida.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Volume udara yang masih tetap tertinggal di dalam paru-paru setelah seseorang menghembuskan napas sekuat-kuatnya (ekspirasi maksimal) sebesar </w:t>
      </w:r>
      <m:oMath>
        <m:r>
          <m:t>≈</m:t>
        </m:r>
        <m:r>
          <m:t>1</m:t>
        </m:r>
        <m:r>
          <m:t>0</m:t>
        </m:r>
        <m:r>
          <m:t>0</m:t>
        </m:r>
        <m:r>
          <m:t>0</m:t>
        </m:r>
        <m:r>
          <m:t>-</m:t>
        </m:r>
        <m:r>
          <m:t>1</m:t>
        </m:r>
        <m:r>
          <m:t>2</m:t>
        </m:r>
        <m:r>
          <m:t>0</m:t>
        </m:r>
        <m:r>
          <m:t>0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Udara Residu (Residual Volume)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Udara Tidal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Udara Komplementer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Udara Suplementer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Udara residu adalah volume cadangan udara yang selalu tersisa di paru-paru agar alveolus tidak kolaps/kempes total.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Sebagian besar gas karbon dioksida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hasil sisa pembakaran seluler diangkut di dalam darah dalam 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Ion bikarbonat (</w:t>
      </w:r>
      <m:oMath>
        <m:r>
          <m:t>H</m:t>
        </m:r>
        <m:r>
          <m:t>C</m:t>
        </m:r>
        <m:sSubSup>
          <m:e>
            <m:r>
              <m:t>O</m:t>
            </m:r>
          </m:e>
          <m:sub>
            <m:r>
              <m:t>3</m:t>
            </m:r>
          </m:sub>
          <m:sup>
            <m:r>
              <m:t>-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8"/>
        </w:rPr>
        <w:t>) terlarut di dalam plasma darah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Gas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bebas gelembung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Karbaminohemoglobin terikat erat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Kristal kalsium karbonat padat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Sekitar 70%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diubah oleh eritrosit menjadi ion bikarbonat (</w:t>
      </w:r>
      <m:oMath>
        <m:r>
          <m:t>H</m:t>
        </m:r>
        <m:r>
          <m:t>C</m:t>
        </m:r>
        <m:sSubSup>
          <m:e>
            <m:r>
              <m:t>O</m:t>
            </m:r>
          </m:e>
          <m:sub>
            <m:r>
              <m:t>3</m:t>
            </m:r>
          </m:sub>
          <m:sup>
            <m:r>
              <m:t>-</m:t>
            </m:r>
          </m:sup>
        </m:sSubSup>
      </m:oMath>
      <w:r>
        <w:rPr>
          <w:rFonts w:ascii="Calibri" w:hAnsi="Calibri"/>
          <w:b w:val="0"/>
          <w:i/>
          <w:color w:val="64748B"/>
          <w:sz w:val="17"/>
        </w:rPr>
        <w:t>) yang larut dalam plasma darah sebagai buffer alami.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Biologi • Bab 5: Sistem Pencernaan dan Sistem Pernapasan Manusia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Nutrisi Makanan dan Uji Biokimia Zat Makanan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hasil uji Benedict (glukosa), Biuret (protein), Lugol (amilum), dan kertas buram (lemak).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Anatomi Saluran Pencernaan dan Kinetika Enzimatis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pencernaan lambung (</w:t>
      </w:r>
      <m:oMath>
        <m:r>
          <m:t>H</m:t>
        </m:r>
        <m:r>
          <m:t>C</m:t>
        </m:r>
        <m:r>
          <m:t>l</m:t>
        </m:r>
      </m:oMath>
      <w:r>
        <w:rPr>
          <w:rFonts w:ascii="Calibri" w:hAnsi="Calibri"/>
          <w:b w:val="0"/>
          <w:i w:val="0"/>
          <w:color w:val="000000"/>
          <w:sz w:val="18"/>
        </w:rPr>
        <w:t>, pepsinogen), sekresi getah empedu hati, dan absorpsi ileum.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Mekanisme Pernapasan Dada, Pernapasan Perut, dan Kapasitas Vital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Udara Tidal, Udara Komplementer, Suplementer, dan Udara Residu menggunakan spirometer.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Pertukaran Gas Alveolar dan Fisiologi Transpor Hemoglobin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kurva disosiasi oksihemoglobin, efek Bohr, asfiksia, dan penyakit emfisema/pneumonia.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pencernaan memecah makromolekul makanan secara mekanik (mastikasi gigi, gerak peristaltik lambung-usus) dan kimiawi (enzim ptialin, pepsin, renin, amilase, tripsin, lipase pankreas) menjadi molekul mikronutrien siap serap di vili usus halus.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respirasi menyediakan oksigen untuk metabolisme oksidasi seluler dan mengeluarkan karbon dioksida. Mekanisme ventilasi paru melibatkan pernapasan dada (kontraksi otot antartulang rusuk luar/interkostalis) dan pernapasan perut (kontraksi diafragma mendatar yang memperbesar volume rongga dada sehingga udara bertekanan luar masuk).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Pertukaran gas terjadi secara difusi sederhana di alveolus paru (*respirasi eksternal*) dan di jaringan tubuh (*respirasi internal*). Pengangkutan oksigen oleh oksihemoglobin (</w:t>
      </w:r>
      <m:oMath>
        <m:r>
          <m:t>H</m:t>
        </m:r>
        <m:r>
          <m:t>b</m:t>
        </m:r>
        <m:sSub>
          <m:e>
            <m:r>
              <m:t>O</m:t>
            </m:r>
          </m:e>
          <m:sub>
            <m:r>
              <m:t>8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) dan transport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(terutama dalam bentuk ion bikarbonat </w:t>
      </w:r>
      <m:oMath>
        <m:r>
          <m:t>H</m:t>
        </m:r>
        <m:r>
          <m:t>C</m:t>
        </m:r>
        <m:sSubSup>
          <m:e>
            <m:r>
              <m:t>O</m:t>
            </m:r>
          </m:e>
          <m:sub>
            <m:r>
              <m:t>3</m:t>
            </m:r>
          </m:sub>
          <m:sup>
            <m:r>
              <m:t>-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bantuan enzim karbonat anhidrase) menjaga keseimbangan pH darah.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Peristaltik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Gelombang kontraksi dan relaksasi ritmis otot polos dinding esofagus dan saluran pencernaan yang mendorong bolus makanan maju.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Vili Usus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Lipatan jonjot-jonjot mikroskopis pada dinding usus halus (ileum) yang memperluas area permukaan penyerapan sari makanan.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Kapasitas Vital Paru-Paru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Volume udara maksimum yang dapat dihembuskan sekuat-kuatnya setelah inspirasi maksimum (</w:t>
            </w:r>
            <m:oMath>
              <m:r>
                <m:t>K</m:t>
              </m:r>
              <m:r>
                <m:t>V</m:t>
              </m:r>
              <m:r>
                <m:t>=</m:t>
              </m:r>
              <m:r>
                <m:t>V</m:t>
              </m:r>
              <m:r>
                <m:t>T</m:t>
              </m:r>
              <m:r>
                <m:t>+</m:t>
              </m:r>
              <m:r>
                <m:t>U</m:t>
              </m:r>
              <m:r>
                <m:t>K</m:t>
              </m:r>
              <m:r>
                <m:t>+</m:t>
              </m:r>
              <m:r>
                <m:t>U</m:t>
              </m:r>
              <m:r>
                <m:t>S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Ion Bikarbonat (</w:t>
            </w:r>
            <m:oMath>
              <m:r>
                <m:t>H</m:t>
              </m:r>
              <m:r>
                <m:t>C</m:t>
              </m:r>
              <m:sSubSup>
                <m:e>
                  <m:r>
                    <m:t>O</m:t>
                  </m:r>
                </m:e>
                <m:sub>
                  <m:r>
                    <m:t>3</m:t>
                  </m:r>
                </m:sub>
                <m:sup>
                  <m:r>
                    <m:t>-</m:t>
                  </m:r>
                </m:sup>
              </m:sSubSup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utama pengangkutan gas karbon dioksida di dalam plasma darah (</w:t>
            </w:r>
            <m:oMath>
              <m:r>
                <m:t>7</m:t>
              </m:r>
              <m:r>
                <m:t>0</m:t>
              </m:r>
              <m:r>
                <m:t>\</m:t>
              </m:r>
              <m:r>
                <m:t>%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) yang dihasilkan dari reaksi </w:t>
            </w:r>
            <m:oMath>
              <m:r>
                <m:t>C</m:t>
              </m:r>
              <m:sSub>
                <m:e>
                  <m:r>
                    <m:t>O</m:t>
                  </m:r>
                </m:e>
                <m:sub>
                  <m:r>
                    <m:t>2</m:t>
                  </m:r>
                </m:sub>
              </m:sSub>
              <m:r>
                <m:t>+</m:t>
              </m:r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t>O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dengan bantuan enzim karbonat anhidrase.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Emfisema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Kerusakan struktural permanen berupa hilangnya elastisitas dan pecahnya dinding kantung alveolus paru-paru akibat paparan asap rokok kronis.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Biologi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