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Past Simple Tense (Regular Verbs)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Mengubah kata kerja dasar menjadi bentuk lampau beraturan berakhiran -ed.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Menceritakan aktivitas akhir pekan kemarin menggunakan kalimat Simple Past Tense secara berurutan.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buku harian (diary entry) singkat tentang kegiatan lampau yang berkesan.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Menceritakan pengalaman liburan atau kegiatan masa lampau menggunakan kata kerja lampau beraturan (regular verbs: visited, played, cleaned, cooked, watched) dan penunjuk waktu lampau (yesterday, last week).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Regular Past Verbs (-ed/-d)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dan menuliskan perubahan kata kerja beraturan bentuk lampau.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Past Time Expressions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keterangan waktu yesterday, last week, an hour ago dalam kalimat.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Simple Recount Text Writing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cerita kegiatan akhir pekan lalu menggunakan kalimat past tense positif.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Joshua ... his grandparents in Yogyakarta last holiday.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visit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visits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visited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visiting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Keterangan waktu 'last holiday' menandakan Past Simple Tense reguler: 'visited'.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What is the past simple form (V2) of the verb 'clean'?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Cleans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Cleaned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Cleaning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Cleanned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Bentuk V2 reguler dari clean adalah 'cleaned'.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We ... football in the school yard yesterday afternoon.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play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played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plays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are playing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'Yesterday afternoon' membutuhkan kata kerja bentuk lampau: 'played'.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Mother ... delicious cookies for my birthday party two days ago.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bake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baked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bakes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baking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'Two days ago' adalah penanda waktu lampau: 'baked'.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Which of the following is a past time marker?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Tomorrow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Next week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Last night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Every morning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'Last night' (tadi malam) adalah penanda waktu masa lampau.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5: Past Simple Tense (Regular Verbs)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Regular Past Verbs (-ed/-d)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dan menuliskan perubahan kata kerja beraturan bentuk lampau.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Past Time Expressions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keterangan waktu yesterday, last week, an hour ago dalam kalimat.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Simple Recount Text Writing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cerita kegiatan akhir pekan lalu menggunakan kalimat past tense positif.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memperkenalkan tata bahasa Past Simple Tense untuk menceritakan pengalaman dan kegiatan yang telah selesai terjadi di masa lampau menggunakan kata kerja beraturan (regular verbs berakhiran -ed/-d).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aturan penambahan -ed (visited, played, cleaned, washed, watched) dan penanda waktu lampau (yesterday, last night, last Sunday, two days ago).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menyusun teks recount pendek 'What I Did Yesterday' untuk melatih kemampuan bercerita masa lalu secara kronologis.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Past Simple Tense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tenses yang digunakan untuk menyatakan kejadian yang terjadi dan selesai di masa lampau.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Regular Verb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beraturan yang bentuk lampaunya (V2) dibentuk dengan menambahkan akhiran -ed atau -d pada kata kerja dasar.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Yesterday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Keterangan waktu lampau yang berarti 'kemarin'.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Last week / Last night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Keterangan waktu lampau yang berarti 'minggu lalu / tadi malam'.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Recount Text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Jenis teks yang menceritakan kembali peristiwa, pengalaman, atau kegiatan di masa lampau.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