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Describing Appearance and Comparative Adjectives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kosakata ciri-ciri fisik dan bentuk wajah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perbandingan komparatif (taller than, bigger than, more diligent than).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paragraf deskriptif tentang ciri fisik sahabat atau anggota keluarga.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Mendeskripsikan ciri fisik seseorang (curly hair, straight hair, tall, short) dan membandingkan dua benda/orang menggunakan tingkat perbandingan komparatif (-er / more).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Physical Appearance Adjectives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tall, short, fat, thin, old, young, fast, slow.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Regular Comparative with '-er than'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aturan taller than, shorter than, bigger than.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Comparing Objects and Animals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kalimat perbandingan 'A cheetah is faster than a lion.'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Joshua is 145 cm tall and Made is 140 cm tall. Joshua is ... than Made.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shorter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taller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older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younger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145 cm lebih tinggi dari 140 cm, sehingga 'Joshua is taller than Made'.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An elephant is ... than a goat.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smaller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bigger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shorter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thinner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Gajah berukuran jauh lebih besar daripada kambing (bigger than).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The spelling of comparative adjective for 'heavy'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heavyer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heavier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more heavy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heavest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sifat berakhiran -y berubah menjadi -ier: heavy -&gt; heavier than.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A car moves ... than a bicycle.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slower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faster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cheaper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smaller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Mobil melaju lebih cepat daripada sepeda (faster than).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Grandfather is 70 years old. Father is 40 years old. Grandfather is ... than father.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younger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older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taller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stronger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Kakek berumur lebih tua daripada ayah (older than).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3: Describing Appearance and Comparative Adjectives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Physical Appearance Adjectives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tall, short, fat, thin, old, young, fast, slow.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Regular Comparative with '-er than'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aturan taller than, shorter than, bigger than.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Comparing Objects and Animals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kalimat perbandingan 'A cheetah is faster than a lion.'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ini mengajarkan tingkat perbandingan kata sifat (Comparative Degree) untuk membandingkan ciri fisik dan penampilan dua orang atau dua benda.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aturan penambahan akhiran -er + than untuk kata sifat satu suku kata (taller than, older than, bigger than, faster than) dan penggunaan 'more + adjective + than' untuk kata sifat panjang.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kalimat perbandingan deskriptif tentang tinggi badan teman, berat benda, dan kecepatan hewan di alam.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Comparative Degree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perbandingan kata sifat yang digunakan untuk membandingkan perbedaan tingkat kualitas antara dua objek.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-er than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baku perbandingan untuk kata sifat pendek satu suku kata (contoh: taller than = lebih tinggi daripada).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Double Consonant Rule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Aturan penggandaan huruf konsonan akhir sebelum -er pada kata sifat berakhiran vokal-konsonan pendek (contoh: big -&gt; bigger).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Appearance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Penampilan lahiriah atau bentuk fisik luar seseorang atau suatu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Opposite Adjectives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Pasangan kata sifat yang berlawanan makna (contoh: tall &gt;&lt; short).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