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Prices, Numbers in Thousands, and Shopping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nominal angka ribuan (ten thousand, fifty thousand rupiahs) secara akurat.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percakapan transaksi belanja barang dan makanan di pasar/supermarket.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total belanjaan dan uang kembalian sederhana dalam percakapan bahasa Inggris.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Menanyakan harga barang ('How much is it?'), menyebutkan nominal mata uang dalam ribuan (Rp10.000 s.d. Rp100.000), dan melakukan simulasi belanja di toko.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Numbers in Thousands (1.000 to 100.000)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dan menuliskan nilai mata uang rupiah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and Stating Prices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pola 'How much is/are...?' dan 'It is five thousand rupiahs.'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Market Day Roleplay Dialogue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percakapan jual beli barang kebutuhan sehari-hari.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How do you say 'Rp25.000' in English?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Twenty-five hundred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Twenty-five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Two thousand five hundred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Fifty-two thousand rupiahs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Rp25.000 = twenty-five thousand rupiahs.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"... is this pencil case?"</w:t>
        <w:br/>
        <w:t>B: "It is fifteen thousand rupiahs."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How many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How much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How old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How tall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'How much' digunakan khusus untuk menanyakan harga barang.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 notebook costs Rp5.000 and a pen costs Rp3.000. How much is the total?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Seven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Eight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Nine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Ten thousand rupiahs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Rp5.000 + Rp3.000 = Rp8.000 (eight thousand rupiahs).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Buyer: "Can I have a kilo of apples, please?"</w:t>
        <w:br/>
        <w:t>Seller: "Sure, here you are. That is ... (Rp30.000)."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thirteen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thirty thousand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three hundred rupiahs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three thousand rupiahs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Rp30.000 adalah thirty thousand rupiahs.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question is grammatically correct to ask the price of two shirts?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How much is these shirts?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How much are these shirts?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How many is these shirts?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How much does these shirts?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Untuk kata benda jamak 'these shirts', digunakan 'How much are...?'.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Prices, Numbers in Thousands, and Shopping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Numbers in Thousands (1.000 to 100.000)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dan menuliskan nilai mata uang rupiah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and Stating Prices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pola 'How much is/are...?' dan 'It is five thousand rupiahs.'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Market Day Roleplay Dialogue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percakapan jual beli barang kebutuhan sehari-hari.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angka bernilai ribuan (thousands: one thousand, ten thousand, fifty thousand, one hundred thousand) dan ungkapan transaksi berbelanja (shopping expressions).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menanyakan harga menggunakan 'How much is this book? / How much are these apples?' dan meresponsnya dengan kalimat harga rupiah.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simulasi pasar kelas (classroom market day) mempraktikkan percakapan antara penjual (seller) dan pembeli (buyer) secara santun dan komunikatif.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How much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tanya yang digunakan untuk menanyakan harga suatu barang.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Thousand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ribuan (1.000) dalam bahasa Inggris.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Hundred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ratusan (100) dalam bahasa Inggris.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Customer / Buyer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Pelanggan atau pembeli yang membeli barang di toko.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Shopkeeper / Seller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Penjual atau pemilik toko yang melayani transaksi penjualan.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