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There Are 67 Pencils on the Table (Numbers 21-100)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Melafalkan dan menulis bilangan puluhan dari angka 21 hingga 100 secara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frasa 'There is' (tunggal) dan 'There are' (jamak) dalam mendeskripsikan jumlah benda.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operasi hitung penjumlahan sederhana dalam bahasa Inggris.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Mengenal pelafalan dan penulisan angka 21 sampai 100 dalam bahasa Inggris serta menggunakan frasa kuantitas 'There is' dan 'There are' untuk menghitung benda di ruang kelas.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Cardinal Numbers from 21 to 100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kelipatan puluhan dan angka kombinasi (twenty-five, forty-eight, eighty-nine).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Plural and Singular Nouns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penambahan akhiran -s/-es pada benda jamak (one book, three books).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Quantifiers and 'There is / There are'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kuantitas keberadaan benda di lingkungan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How do you write the number '75' in English words?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Seventeen-five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Seventy-five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Fifty-seven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Seven-five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75 ditulis 'seventy-five'.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Look at the bookshelf! There ... twenty-four English dictionaries on the shelf.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Twenty-four dictionaries adalah kata benda jamak (plural), sehingga menggunakan 'There are'.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What is the result of 'thirty-five plus forty'? (35 + 40 = ...)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Sixty-five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Seventy-five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Eighty-five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Seventy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35 + 40 = 75 (seventy-five).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There is ... sharpener on the teacher's desk.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two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many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'Sharpener' diawali huruf konsonan dan berpola 'There is', sehingga menggunakan artikel 'a'.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Which of the following numbers is 'eighty-eight'?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Eighty-eight adalah lambang bilangan 88.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2: There Are 67 Pencils on the Table (Numbers 21-100)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Cardinal Numbers from 21 to 100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kelipatan puluhan dan angka kombinasi (twenty-five, forty-eight, eighty-nine).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Plural and Singular Nouns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penambahan akhiran -s/-es pada benda jamak (one book, three books).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Quantifiers and 'There is / There are'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kuantitas keberadaan benda di lingkungan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memperluas penguasaan angka (cardinal numbers) bahasa Inggris dari rentang 21 hingga 100 serta penerapannya dalam menghitung jumlah benda nyata di kelas.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aturan fonetik angka puluhan (-ty, seperti twenty, thirty, fifty, seventy) dan angka belasan (-teen) untuk menghindari kekeliruan pengucapan.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melatih penggunaan pola 'There is' untuk kata benda tunggal (singular) dan 'There are' untuk kata benda jamak (plural dengan akhiran -s/-es) dalam kalimat deskripsi ruangan.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Cardinal Numbers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pokok yang digunakan untuk menyatakan jumlah atau kuantitas benda (contoh: 21, 50, 100).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There 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Frasa bahasa Inggris yang menyatakan keberadaan satu benda tunggal (singular noun).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There are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Frasa bahasa Inggris yang menyatakan keberadaan dua atau lebih benda jamak (plural nouns).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Singular Noun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benda berjumlah satu (contoh: a pencil, an apple).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Plural Noun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benda berjumlah lebih dari satu yang umumnya ditambah akhiran -s atau -es (contoh: sixty pens, five boxes).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