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What Are You Doing? (Present Continuous Tense)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ragam kata kerja berakhiran -ing dalam konteks kegiatan yang sedang berlangsung.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dan menjawab pertanyaan mengenai aktivitas sehari-hari menggunakan pola 'What are you doing? I am...'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kalimat sederhana berbasis gambar aktivitas harian secara akurat.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Mengekspresikan aktivitas yang sedang berlangsung di kelas dan rumah menggunakan kalimat Present Continuous Tense (reading, writing, studying, playing, cooking).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Action Verbs + 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dan menuliskan bentuk -ing dari kata kerja dasar seperti reading, eating, drinking, playing.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Pola Kalimat Present Continuous Tense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positif, negatif, dan interogatif dengan to be am/is/are yang tepat.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Praktik Percakapan dan Tanya Jawab Kelas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dialog komunikatif 'What is Made doing? He is studying English.'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Look at the picture! Cici is in the library. She is ... a storybook.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reading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cooking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sleeping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running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Di perpustakaan (library), aktivitas yang lazim dilakukan pada buku cerita adalah membaca (reading).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Choose the correct sentence to complete the dialogue:</w:t>
        <w:br/>
        <w:t>A: "What are they doing in the school yard?"</w:t>
        <w:br/>
        <w:t>B: "They ... football together."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 playing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 playing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am playing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play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jamak 'they' menggunakan to be 'are' diikuti Verb-ing: 'They are playing'.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is the correct negative form of 'Made is listening to music'?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Made not is listening to music.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Made is not listening to music.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Made does not listening to music.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Made are not listening to music.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Pola kalimat negatif Present Continuous: Subject + to be + not + Verb-ing.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Joshua is thirsty. He is ... a glass of fresh water.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eating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drinking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washing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kicking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Haus (thirsty) diatasi dengan minum (drinking a glass of water).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"What is your mother doing in the kitchen?" The best response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She is cooking fried rice.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He is sleeping in the bedroom.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 am reading a comic.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They are swimming.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Ibu (mother = she) memasak (cooking) di dapur (kitchen).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1: What Are You Doing? (Present Continuous Tense)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Action Verbs + 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dan menuliskan bentuk -ing dari kata kerja dasar seperti reading, eating, drinking, playing.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Pola Kalimat Present Continuous Tense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positif, negatif, dan interogatif dengan to be am/is/are yang tepat.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Praktik Percakapan dan Tanya Jawab Kelas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dialog komunikatif 'What is Made doing? He is studying English.'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pertama bahasa Inggris kelas 4 SD membimbing peserta didik mengekspresikan tindakan yang sedang berlangsung di dalam ruang kelas dan lingkungan sekolah menggunakan pola Present Continuous Tense (Subject + to be (am/is/are) + Verb-ing).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ragam kata kerja aktivitas sekolah (reading, writing, drawing, listening, sweeping, playing football) dan mempraktikkan dialog tanya jawab 'What are you doing?' dan 'What is she/he doing?'.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lagu anak, permainan tebak gaya (charades), dan kartu bergambar, siswa melatih pelafalan fonetik bahasa Inggris secara natural, percaya diri, dan komunikatif.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Present Continuous Tense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tata bahasa Inggris yang digunakan untuk menyatakan suatu perbuatan yang sedang berlangsung pada saat dibicarakan.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Action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yang menggambarkan tindakan fisik nyata yang dapat dilihat dan dilakukan oleh subjek.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 Be (Auxiliary Verb)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dalam bahasa Inggris (am untuk I; is untuk he/she/it; are untuk you/we/they).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Verb-ing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kerja berakhiran -ing yang menyatakan proses tindakan yang sedang berjalan.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Subject Pronoun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ganti subjek dalam kalimat bahasa Inggris (I, You, He, She, It, We, They).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