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6: My Body Parts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minimal 7 nama anggota tubuh dalam bahasa Inggris dengan pelafalan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Menyentuh bagian tubuh yang benar ketika mendengarkan instruksi lisan guru.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Menyanyikan lagu 'Head, Shoulders, Knees, and Toes' dengan gerakan kinestetik yang selaras.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penyebutan anggota tubuh tunggal dan jamak (eye vs eyes, foot vs feet).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Inggris Kelas 1 SD Unit 6 untuk mengenal bagian-bagian tubuh (head, eyes, nose, mouth, ears, hands, feet) melalui nyanyian 'Head, Shoulders, Knees, and Toes'.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Naming Face and Body Parts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Menyentuh dan menyebutkan nama anggota tubuh sendiri dengan artikulasi fasih.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Singing 'Head, Shoulders, Knees, and Toes'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nyanyian gerak tubuh bersama seluruh teman sekelas secara serentak.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Singular and Plural Body Parts (One nose, Two eyes)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Membilang jumlah anggota tubuh yang berjumlah satu dan dua.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We use our two ... to see colorful things in the world.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Eyes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Ears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Nose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Mouth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Eyes (mata) are the sense organs for seeing.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We use our ... to smell fragrant flowers.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Nose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Hand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Knee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Foot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nose (hidung) is used for smelling.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We use our two ... to listen to teacher's voice and music.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Ears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Eyes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Teeth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Shoulders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Ears (telinga) are the sense organs for hearing.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In the song 'Head, Shoulders, Knees, and Toes', the word 'Head' means...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Kepala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'Head' translates to kepala in Indonesian.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We kick a football with our...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Foot / Leg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Hand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Nose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football is kicked using the foot/leg (kaki).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Unit 6: My Body Parts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Naming Face and Body Parts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Menyentuh dan menyebutkan nama anggota tubuh sendiri dengan artikulasi fasih.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Singing 'Head, Shoulders, Knees, and Toes'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nyanyian gerak tubuh bersama seluruh teman sekelas secara serentak.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Singular and Plural Body Parts (One nose, Two eyes)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Membilang jumlah anggota tubuh yang berjumlah satu dan dua.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Mengenal anggota tubuh dalam bahasa Inggris dilakukan dengan aktivitas fisik interaktif dan kinestetik. Peserta didik menyentuh bagian tubuh mereka sendiri sambil melafalkan kosakata yang benar.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Kosakata inti meliputi: *head* (kepala), *eyes* (mata), *ears* (telinga), *nose* (hidung), *mouth* (mulut), *shoulders* (bahu), *hands* (tangan), dan *feet* (kaki). Siswa membedakan anggota tubuh tunggal dan berpasangan (one nose, two eyes).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melatih koordinasi gerak melalui nyanyian lagu populer 'Head, Shoulders, Knees, and Toes' dalam tempo bertahap dari lambat hingga cepat, serta permainan 'Touch your nose!'.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Body Parts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Bagian-bagian fisik dari tubuh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Kinesthetic Learning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belajar yang mengutamakan aktivitas fisik, sentuhan, dan gerakan tubuh nyata.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Singular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kata benda yang menunjukkan jumlah tunggal (hanya satu).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Plural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kata benda yang menunjukkan jumlah lebih dari satu.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Action Song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Lagu yang diiringi gerakan fisik terkoordinasi sesuai arti lirik.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