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Teks Diskusi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struktur isu, argumen pro, argumen kontra, dan simpulan teks diskusi.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menimbang dua perspektif berbeda terhadap isu kontroversial secara objektif.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teks diskusi tertulis dengan menyajikan rekomendasi jalan tengah yang solutif.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struktur teks diskusi (isu kontroversial, argumen pro/mendukung, argumen kontra/menentang, simpulan jalan tengah), konjungsi pertentangan, dan etika debat solutif.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Struktur Teks Diskusi Dialektis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perumusan isu aktual, pengelompokan argumen pro, argumen kontra, dan simpulan solutif.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Ciri Kebahasaan dan Konjungsi Pertentangan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kata hubung perlawanan (di satu sisi, di sisi lain, sebaliknya) dan modalitas.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Penyusunan Argumen Berbasis Fakta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argumen logis berdasarkan riset ilmiah dengan asumsi prasangka emosional.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Praktik Menulis Teks Diskusi dan Simulasi Musyawarah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teks diskusi bertema 'Penggunaan Gawai di Sekolah' dan mempresentasikannya.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Ciri khas yang membedakan teks diskusi dari teks eksposisi biasa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 diskusi selalu berbentuk puisi bebas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 diskusi wajib menyajikan dua sudut pandang yang berimbang (argumen pro dan argumen kontra) sebelum mengambil simpulan jalan tengah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 diskusi hanya memuat opini satu pihak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 diskusi tidak memerlukan data fakta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Eksposisi cenderung mempertahankan satu tesis/pendapat sepihak, sedangkan teks diskusi memaparkan dialektika dua perspektif pro dan kontra secara proporsional.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Perhatikan kutipan berikut: *'Di satu sisi, kecerdasan buatan (AI) mempermudah pencarian referensi belajar. Namun di sisi lain, ketergantungan berlebihan dapat menumpulkan daya kritis dan kreativitas orisinal siswa.'* Konjungsi yang menyatakan pertentangan sudut pandang pada kutipan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Dan, serta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 satu sisi ... Namun di sisi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Karena, sebab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Kemudian, setelah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Frasa 'Di satu sisi ... Namun di sisi lain' berfungsi membandingkan dua kutub argumen yang berlawanan secara kontras.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Bagian simpulan dalam sebuah teks diskusi yang baik hendaknya...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Mengejek salah satu pihak yang kalah argumen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Merumuskan rekomendasi atau jalan tengah solutif yang mengakomodasi kepentingan terbaik dari sudut pandang pro dan kontra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Mengulang kembali seluruh isi teks kata demi kata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menyelesaikan masalah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Simpulan diskusi bertindak sebagai sintesis jalan tengah yang menawarkan solusi komprehensif atas pertentangan yang telah dibahas.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Topik berikut yang PALING TEPAT diangkat menjadi materi teks diskusi karena bersifat kontroversial di kalangan pelajar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Matahari terbit dari sebelah timur setiap pagi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Penerapan aturan larangan membawa ponsel pintar ke lingkungan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Air mengalir dari tempat tinggi ke tempat rendah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Indonesia merdeka pada tanggal 17 Agustus 1945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Aturan ponsel di sekolah memiliki argumen pro (fokus belajar, anti-distraksi) dan kontra (kemudahan akses riset, komunikasi darurat dengan orang tua) yang seimbang.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yang paling mencerminkan etika berdiskusi yang bermartabat saat rekan menyampaikan argumen yang berbeda dengan kita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Memotong pembicaraan rekan sebelum selesai berbicara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Mendengarkan dengan seksama hingga tuntas lalu menyampaikan sanggahan santun berbasis data fakta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Menertawakan pendapat rekan di depan forum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Meninggalkan ruangan dengan marah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Etika diskusi menuntut budaya menyimak, saling menghargai hak berpendapat, dan membantah argumen secara elegan berbasis bukti empiris.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5: Teks Diskusi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Struktur Teks Diskusi Dialektis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perumusan isu aktual, pengelompokan argumen pro, argumen kontra, dan simpulan solutif.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Ciri Kebahasaan dan Konjungsi Pertentangan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kata hubung perlawanan (di satu sisi, di sisi lain, sebaliknya) dan modalitas.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Penyusunan Argumen Berbasis Fakta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argumen logis berdasarkan riset ilmiah dengan asumsi prasangka emosional.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Praktik Menulis Teks Diskusi dan Simulasi Musyawarah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teks diskusi bertema 'Penggunaan Gawai di Sekolah' dan mempresentasikannya.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Teks Diskusi membina kedewasaan berpikir dialektis peserta didik dalam menimbang suatu permasalahan kontroversial dari dua sudut pandang yang berbeda secara adil, objektif, dan beretika.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arsitektur struktur teks diskusi yang terdiri atas: Isu (pengenalan topik aktual yang mengundang pro-kontra di masyarakat), Argumen Mendukung/Afirmatif (fakta, data, dan alasan yang menyetujui isu), Argumen Menentang/Oposisi (sudut pandang kritis, potensi risiko, dan dampak negatif), serta Simpulan/Rekomendasi (sintesis jalan tengah solutif tanpa memihak sepihak).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kebahasaan memfokuskan penggunaan konjungsi pertentangan dan perbandingan (*tetapi, sebaliknya, di sisi lain*), modalitas kemungkinan (*dapat, mungkin, sebaiknya*), kohesi koherensi paragraf, serta etika mengemukakan pendapat di ruang musyawarah.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Diskusi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menyajikan pertukaran gagasan mengenai suatu isu kontroversial dengan memaparkan argumen pendukung (pro) dan argumen penentang (kontra) secara berimbang.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Argumen Pro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Alasan, data, dan pertimbangan logis yang mendukung atau menyetujui gagasan pada topik isu diskusi.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Argumen Kontra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Alasan, data, dan pertimbangan kritis yang menolak, menyanggah, atau menyoroti kelemahan gagasan pada topik isu diskusi.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Rekomendasi Jalan Tengah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Simpulan kompromi yang memadukan keunggulan sudut pandang pro dan kontra untuk mencapai solusi optimal bersama.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Modalitas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Keterangan dalam kalimat yang menyatakan sikap pembicara terhadap hal yang dibicarakan (seperti keharusan 'wajib', kepastian 'pasti', atau kemungkinan 'dapat').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