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8: Aman Berinternet (Teks Prosedur &amp; Literasi Digital)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ciri berita bohong (hoaks) dan melakukan verifikasi informasi secara kritis.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Menulis teks prosedur langkah menjaga keamanan data pribadi dan kata sandi di dunia maya.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Menyusun artikel opini singkat tentang komitmen menjadi warganet (netizen) yang santun dan bijak.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Membaca teks petunjuk keamanan berinternet, mengidentifikasi bahaya hoaks, jejak digital, dan perundungan siber (cyberbullying), serta menulis artikel opini mengenai etika bermedia sosial yang cerdas.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Struktur Teks Diskusi Manfaat dan Bahaya Internet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Menimbang argumen pro dan kontra mengenai penggunaan gawai pada anak sekolah dasar.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Netiket dan Perlindungan Jejak Digital Pribadi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etika berkomentar sopan dan merahasiakan data privat keluarga.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Keterampilan Berpikir Kritis Cek Fakta Melawan Hoaks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Memverifikasi keabsahan sumber berita sebelum menyebarkannya di grup perpesanan.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Langkah pertama yang harus dilakukan ketika menerima pesan berantai yang sensasional dan belum jelas kebenarannya di media sosial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Langsung menyebarkannya ke semua grup keluarga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Melakukan cek fakta pada situs berita resmi terpercaya dan tidak terburu-buru menyebarkannya (Saring sebelum Sharing)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Menghapus akun media sosial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Menambahkan komentar provokatif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Prinsip 'saring sebelum sharing' dan verifikasi fakta adalah kunci mencegah penyebaran hoaks.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Informasi pribadi berikut yang TIDAK BOLEH dibagikan secara bebas di media sosial publik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Hobi membaca buku cerita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Foto pemandangan taman kota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Kata sandi (password) akun, nomor NIK KTP orang tua, dan alamat lengkap rumah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Prestasi juara lomba menggambar di sekolah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Kata sandi, NIK, dan alamat rumah adalah data rahasia pribadi yang rawan disalahgunakan pihak jahat.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Bagian teks diskusi yang memuat pendapat atau argumen yang mendukung suatu isu dinamakan...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Argumen kontra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Argumen pro (mendukung)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Isu pengantar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Koda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Argumen pro berisi alasan dan bukti yang menyetujui atau mendukung gagasan isu.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Menulis komentar yang mengejek bentuk fisik atau kekurangan teman di kolom komentar media sosial tergolong tindakan...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Kebebasan berpendapat yang sehat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Cyberbullying (perundungan siber)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Lelucon biasa tanpa akibat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Apresiasi karya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Mengejek teman di dunia maya adalah perundungan siber yang melukai psikologis korban.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Tindakan yang menunjukkan penerapan etika netiket yang baik dalam grup obrolan kelas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Menggunakan huruf kapital semua saat menulis kalimat santai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Menggunakan kata-kata yang santun, tidak menyebarkan fitnah, dan menghormati waktu istirahat teman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Mengirim stiker spam ratusan kali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Mengeluarkan teman yang tidak disukai dari grup kelas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Bahasa santun, tidak spam, dan menghargai teman merupakan cerminan netiket yang beradab.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8: Aman Berinternet (Teks Prosedur &amp; Literasi Digital)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Struktur Teks Diskusi Manfaat dan Bahaya Internet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Menimbang argumen pro dan kontra mengenai penggunaan gawai pada anak sekolah dasar.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Netiket dan Perlindungan Jejak Digital Pribadi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etika berkomentar sopan dan merahasiakan data privat keluarga.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Keterampilan Berpikir Kritis Cek Fakta Melawan Hoaks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Memverifikasi keabsahan sumber berita sebelum menyebarkannya di grup perpesanan.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pemungkas bahasa Indonesia Fase C membekali peserta didik dengan kecakapan literasi digital, etika berinternet (netiket), pencegahan perundungan siber (cyberbullying), dan keterampilan verifikasi informasi hoaks.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struktur teks diskusi: isu (topik perdebatan), argumen mendukung (pro), argumen menentang (kontra), dan simpulan rekomendasi.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dilatih menganalisis jejak digital, mengamankan data pribadi kata sandi, serta memproduksi konten positif bernada santun di media sosial.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Netiket (Netiquette)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Etika dan tata krama sopan santun dalam berkomunikasi dan berinteraksi di jaringan internet.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Teks Diskusi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Teks yang menyajikan dua sudut pandang berbeda (pro dan kontra) mengenai suatu isu hangat sebelum ditarik kesimpulan bijak.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Hoaks (Berita Bohong)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Informasi atau berita palsu yang sengaja dibuat untuk menyesatkan, memicu kepanikan, atau menipu pembaca.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Jejak Digital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Rekam jejak riwayat aktivitas seseorang di internet (unggahan foto, komentar, situs yang dikunjungi) yang sulit dihapus.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Perundungan Siber (Cyberbullying)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Tindakan intimidasi, pelecehan, atau ejekan berulang yang dilakukan melalui media digital/media sosial.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