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Cinta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struktur teks laporan perjalanan (persiapan, rute, aktivitas, kesan perjalanan).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kata imperatif santun untuk merumuskan kalimat himbauan dan petunjuk wisata.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Membuat desain brosur promosi pariwisata yang memadukan gambar ilustrasi dan teks deskripsi persuasif.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laporan perjalanan mengunjungi destinasi wisata sejarah dan alam di Indonesia, menyusun kalimat anjuran dan larangan, serta merancang brosur promosi potensi wisata daerah.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Teks Laporan Hasil Observasi (LHO)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deskriptif objektif berdasarkan pengamatan langsung di museum atau taman nasional.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Ragam Makna Imbuhan Awalan Ter-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makna paling (tertinggi), ketidaksengajaan (terinjak), dan keadaan (terbuka).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Penggunaan Huruf Kapital pada Nama Geografi dan Budaya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Danau Toba, Suku Dayak, Bahasa Sunda, dan Selat Sunda sesuai kaidah EYD.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khas utama bahasa yang digunakan dalam penulisan Teks Laporan Hasil Observasi (LHO)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Bersifat subjektif dan memuat perasaan pengarang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Bersifat objektif, ilmiah, dan didasarkan pada fakta pengamatan nyata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bahasa kiasan dan dongeng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Penuh dengan kalimat ajakan iklan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LHO harus objektif dan memaparkan fakta hasil observasi empiris.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Makna awalan ter- pada kalimat 'Budi adalah siswa tertinggi di kelas lima' menyatakan...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Perbuatan tidak disengaja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Tingkatan paling (superlatif)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Keadaan yang sudah terjadi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Kemampuan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'Tertinggi' bermakna paling tinggi di antara seluruh siswa.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Makna awalan ter- pada kalimat 'Kaki Doni tersandung batu di jalan' menyatakan...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Paling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Ketidaksengajaan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Dapat dilakukan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Sangat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'Tersandung' menunjukkan peristiwa yang terjadi secara tidak sengaja.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Penulisan nama geografis dan suku bangsa yang benar sesuai EYD V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suku jawa menyeberangi selat sunda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Suku Jawa menyeberangi Selat Sunda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Suku jawa menyeberangi selat Sunda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suku Jawa menyeberangi Selat sunda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Nama suku (Suku Jawa) dan unsur geografi yang diikuti nama diri (Selat Sunda) wajib berhuruf kapital.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Bagian pembuka teks LHO yang memuat pengertian dasar mengenai objek yang diamati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Deskripsi manfaat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Deskripsi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Definisi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Penutup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Definisi umum memuat batasan pengertian dan pengelompokan umum objek.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6: Cinta Indonesia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Teks Laporan Hasil Observasi (LHO)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deskriptif objektif berdasarkan pengamatan langsung di museum atau taman nasional.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Ragam Makna Imbuhan Awalan Ter-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makna paling (tertinggi), ketidaksengajaan (terinjak), dan keadaan (terbuka).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Penggunaan Huruf Kapital pada Nama Geografi dan Budaya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Danau Toba, Suku Dayak, Bahasa Sunda, dan Selat Sunda sesuai kaidah EYD.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cinta Indonesia mengajak siswa melakukan pengamatan terhadap peninggalan sejarah, museum, dan cagar budaya nusantara melalui penulisan Teks Laporan Hasil Observasi (LHO).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LHO: definisi umum (klasifikasi objek), deskripsi bagian (rincian fisik objek yang diamati), dan deskripsi manfaat.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mengkaji fungsi imbuhan awalan ter- (menyatakan paling/superlatif, tidak sengaja, atau dalam keadaan) serta penulisan huruf kapital pada nama geografis, suku, dan bahasa.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LHO (Laporan Hasil Observasi)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memberikan informasi secara umum tentang sesuatu berdasarkan fakta dari hasil pengamatan secara 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Definisi Umum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pembuka teks LHO yang memuat pengertian dan klasifikasi umum objek yang diobservasi.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Deskripsi Bagian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teks LHO yang menjelaskan secara terperinci ciri-ciri fisik, komponen, dan bagian dari objek.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Awalan Ter-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Imbuhan depan yang menyatakan tingkatan paling (superlatif), perbuatan tidak sengaja, atau kondisi yang telah terjadi.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Bahasa Baku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Ragam bahasa yang cara pengucapan dan penulisannya sesuai dengan kaidah standar tata bahasa Indonesia resmi.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