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Asal-Usul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unsur intrinsik cerita rakyat nusantara (tema, tokoh, latar, amanat).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Menggunakan kata penghubung antarkalimat dan intrakalimat sebab-akibat (karena, sehingga, oleh karena itu)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Membuat bagan peta pikiran alur peristiwa cerita rakyat dan menceritakannya kembali di depan kelas.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cerita rakyat legenda nusantara (asal mula nama tempat atau danau), mengidentifikasi konjungsi antarkalimat dan intrakalimat (sebab-akibat), serta membuat peta pikiran (mind map) cerita.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Unsur Intrinsik Cerita Rakyat Nusantara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tokoh protagonis/antagonis, konflik cerita, dan latar tempat legenda daerah.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Membedakan Cerita Rakyat Fiksi dan Eksplanasi Ilmiah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perbedaan dongeng mitos dengan penjelasan sains geologis.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Keterampilan Menceritakan Kembali Dongeng (Storytelling)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Menampilkan dongeng dengan suara berkarakter dan bahasa tubuh ekspresif.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Pesan moral atau nilai luhur yang ingin disampaikan oleh pengarang kepada pembaca melalui sebuah cerita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Amanat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Latar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Amanat adalah pesan kebaikan yang terkandung dalam rangkaian peristiwa cerita.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Legenda asal-usul Gunung Tangkuban Parahu dari Jawa Barat menceritakan kisah perselisihan antara Dayang Sumbi dan...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Malin Kundang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Sangkuriang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Si Pitung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Timun Mas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Sangkuriang menendang perahu buatannya hingga terbalik menjadi Gunung Tangkuban Parahu.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Perbedaan mendasar antara cerita legenda dan teks eksplanasi ilmiah tentang danau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Legenda berbasis mitos dan khayalan turun-temurun, sedangkan eksplanasi berbasis bukti fakta ilmiah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Legenda ditulis dalam bahasa asing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Eksplanasi tidak memiliki kalimat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Keduanya sama-sama cerita dongeng fiksi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Legenda bersifat fiksi sastra, sementara eksplanasi ilmiah menguraikan proses sains fenomena geologis.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Tokoh dalam cerita rakyat yang memiliki sifat jujur, suka menolong, dan bijaksana digolongkan sebagai tokoh...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Antagonis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Protagonis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Tritagonis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Figuran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Protagonis adalah karakter tokoh berwatak positif yang menjadi sentral cerita.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Kalimat 'Di sebuah desa terpencil di tepi danau yang sejuk pada sore hari' menunjukkan unsur...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Alur maju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Latar tempat, waktu, dan suasana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Penokohan antagonis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Konflik klimaks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Keterangan memuat lokasi (desa di tepi danau), waktu (sore hari), dan suasana (sejuk).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7: Asal-Usul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Unsur Intrinsik Cerita Rakyat Nusantara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tokoh protagonis/antagonis, konflik cerita, dan latar tempat legenda daerah.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Membedakan Cerita Rakyat Fiksi dan Eksplanasi Ilmiah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perbedaan dongeng mitos dengan penjelasan sains geologis.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Keterampilan Menceritakan Kembali Dongeng (Storytelling)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Menampilkan dongeng dengan suara berkarakter dan bahasa tubuh ekspresif.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asal-usul mengeksplorasi cerita rakyat Nusantara (legenda asal-usul Danau Toba, Gunung Tangkuban Parahu, Candi Prambanan) serta membandingkannya dengan teks eksplanasi ilmiah tentang pembentukan danau vulkanik atau kaldera.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mengkaji unsur intrinsik cerita (tema, tokoh dan penokohan, alur cerita, latar tempat/waktu/suasana, amanat/pesan moral).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menceritakan kembali dongeng daerah dengan bahasa sendiri secara runtut, ekspresif, dan menghargai nilai-nilai luhur budaya bangsa.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Cerita Rakyat (Legenda)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Cerita fiksi tradisional masa lampau yang mengisahkan asal-usul terjadinya suatu tempat atau fenomena alam.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Tokoh Protagonis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Tokoh utama dalam cerita yang memiliki sifat, watak, dan perilaku baik yang disukai pembaca.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Tokoh Antagonis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Tokoh penentang tokoh utama yang memiliki watak jahat, dengki, atau licik.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Amanat Cerita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Pesan moral luhur yang ingin disampaikan pengarang kepada pembaca melalui cerita.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Latar (Setting)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Keterangan mengenai tempat, waktu, dan suasana terjadinya peristiwa dalam cerita.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