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Satu Titik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indah puisi bertema keindahan alam dengan lafal, intonasi, dan ekspresi yang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gaya bahasa sederhana (personifikasi dan metafora) dalam teks puisi dan prosa.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puisi atau paragraf apresiasi terhadap keindahan tempat wisata/bentang alam Indonesia.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dan mengapresiasi keindahan alam Nusantara lewat puisi dan teks laporan perjalanan, memahami majas metafora dan personifikasi sederhana, serta menulis puisi bertema alam.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dan Menikmati Puisi Bertema Alam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Menginterpretasikan makna bait, rima, dan pesan keindahan alam nusantara dalam puisi.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Mengenal dan Mengidentifikasi Majas Personifikasi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ungkapan majas personifikasi dalam teks sastra dan menyusun kalimat bermajas.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Teks Laporan Perjalanan Wisata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catatan perjalanan kronologis dengan deskripsi tempat yang memikat.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Kalimat berikut yang mengandung majas personifikasi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Gunung Merapi menjulang tinggi di langit biru.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Angin malam berbisik lembut membelai dedaunan cemara.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Rani membeli tiga buah buku di toko.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Air laut terasa asin saat tercecap.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'Angin berbisik' dan 'membelai' memberikan sifat insani manusia pada angin mati (personifikasi).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Saat membaca sebuah puisi di depan kelas, perubahan tinggi rendah nada suara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Lafal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Intonasi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Ekspresi wajah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Rima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Intonasi adalah variasi nada tinggi-rendah bicara saat membaca teks atau puisi.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Sebuah teks yang mencatat rute perjalanan, waktu keberangkatan, keindahan tempat yang dikunjungi, dan kesan pribadi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Teks eksposisi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Teks laporan perjalanan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Teks berita politik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Naskah drama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Laporan perjalanan mendokumentasikan observasi dan pengalaman selama perjalanan wisata.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Arti majas personifikasi pada kalimat 'Mentari pagi tersenyum menyapa bumi'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Matahari sedang tertawa terbahak-bahak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Sinar matahari pagi bersinar cerah dan menghangatkan bumi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Matahari berbicara kepada manusia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Matahari berbentuk wajah manusia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Kiasan mentari tersenyum melukiskan suasana pagi yang cerah dan bersahabat.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Ekspresi wajah yang tepat saat membaca bait puisi tentang bencana alam yang memilukan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Tertawa gembira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Penuh haru, sedih, dan berempati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Marah dan membentak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Datar tanpa emosi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Ekspresi mimik wajah harus selaras dengan suasana duka dan keharuan isi puisi.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6: Satu Titik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dan Menikmati Puisi Bertema Alam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Menginterpretasikan makna bait, rima, dan pesan keindahan alam nusantara dalam puisi.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Mengenal dan Mengidentifikasi Majas Personifikasi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ungkapan majas personifikasi dalam teks sastra dan menyusun kalimat bermajas.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Teks Laporan Perjalanan Wisata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catatan perjalanan kronologis dengan deskripsi tempat yang memikat.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satu titik di peta memperkenalkan keindahan bentang alam kepulauan Indonesia (pantai Raja Ampat, pegunungan Bromo, dan keindahan danau Toba) melalui karya sastra puisi dan teks laporan perjalanan.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gaya bahasa majas personifikasi (mengumpamakan benda mati bersikap seperti manusia, misal: 'ombak berkejaran memeluk pantai').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membaca indah puisi dengan lafal, intonasi, dan ekspresi yang tepat, serta menuliskan catatan perjalanan wisata yang memadukan keindahan alam dan kearifan budaya lokal.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Majas Personifikasi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bahasa kiasan yang menggambarkan benda-benda mati seolah-olah memiliki sifat, watak, atau perilaku seperti manusia hidup.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Laporan Perjalanan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menceritakan peristiwa, pengalaman, dan pengamatan selama melakukan perjalanan ke suatu tempat.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Intonasi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Tinggi rendahnya nada suara saat melafalkan kata dan kalimat dalam pembacaan karya sastra.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Lafal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Cara seseorang mengucapkan bunyi bahasa (fonem/kata) secara jelas dan tepat.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Bait Puisi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Satu kesatuan baris-baris dalam puisi yang membentuk satu gagasan puitis terpadu.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