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B (KELAS 3)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3)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Pengelana Udara (Mengenal Cuaca dan Gejala Alam)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menemukan gagasan utama dan fakta pendukung dalam teks informasi tentang cuaca.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arti kosakata baru bidang sains cuaca dan menggunakannya dalam kalimat.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menulis teks deskripsi sederhana mengenai kondisi cuaca di sekitarnya.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membaca teks laporan informatif tentang cuaca, musim di Indonesia, kosakata bidang sains atmosfer, dan menulis paragraf deskripsi keadaan lingkungan.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Membaca Teks Informasi Ragam Cuaca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Menemukan informasi pokok tentang simbol cuaca dan pengaruhnya terhadap kegiatan manusia.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Kosakata Baru Bidang Cuaca dan Gejala Alam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Mencari makna kata sains dalam Kamus Besar Bahasa Indonesia (KBBI) dan membuat kalimat.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Menulis Paragraf Deskripsi Keadaan Cuaca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Menuliskan keadaan langit, suhu udara, dan hembusan angin berdasarkan pengamatan nyata.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Keadaan udara di suatu wilayah tertentu dalam jangka waktu yang singkat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Iklim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Cuaca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Musim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Orbit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Cuaca adalah kondisi atmosfer harian pada wilayah tertentu yang dapat berubah sewaktu-waktu.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Simbol awan hitam pekat disertai kilatan garis putih menandakan keadaan cuaca...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Cerah berawan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Hujan deras disertai petir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Panas terik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Berangin sejuk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Awan mendung gelap (kumulonimbus) dan kilat adalah simbol standar cuaca badai petir.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Indonesia memiliki dua musim utama karena terletak di daerah khatulistiwa, yaitu...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Musim semi dan musim gugur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Musim dingin dan musim panas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Musim hujan dan musim kemarau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Musim salju dan musim semi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Letak geografis tropis Indonesia menyebabkan pergantian dua musim: hujan dan kemarau.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Arti kata 'prakiraan' dalam kalimat 'BMKG merilis prakiraan cuaca wilayah Jakarta hari ini'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Peraturan resmi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Dugaan atau ramalan berdasarkan perhitungan ilmiah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Cerita dongeng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Catatan masa lalu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Prakiraan bermakna estimasi atau perhitungan kondisi yang akan terjadi berdasarkan data.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Kegiatan manusia yang paling diuntungkan dengan hadirnya cuaca cerah dan terik matahari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Petani garam menjemur air laut dan warga menjemur pakaian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Menampung air hujan untuk menyiram kebun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Menanam padi di sawah tadah hujan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Berlindung di dalam rumah saat badai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Penguapan air laut untuk kristalisasi garam dan pengeringan cucian memerlukan terik sinar matahari.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3: Pengelana Udara (Mengenal Cuaca dan Gejala Alam)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Membaca Teks Informasi Ragam Cuaca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Menemukan informasi pokok tentang simbol cuaca dan pengaruhnya terhadap kegiatan manusia.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Kosakata Baru Bidang Cuaca dan Gejala Alam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Mencari makna kata sains dalam Kamus Besar Bahasa Indonesia (KBBI) dan membuat kalimat.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Menulis Paragraf Deskripsi Keadaan Cuaca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Menuliskan keadaan langit, suhu udara, dan hembusan angin berdasarkan pengamatan nyata.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Perubahan cuaca memengaruhi aktivitas kehidupan sehari-hari manusia, mulai dari cara berpakaian hingga pekerjaan petani dan nelayan. Peserta didik membaca teks laporan informatif tentang cuaca cerah, berawan, mendung, dan hujan.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memperkaya perbendaharaan kosakata bidang sains cuaca (seperti suhu, kelembapan, prakiraan cuaca, musim kemarau, musim hujan) dan menyusun kalimat menggunakan kosakata baru tersebut.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Melalui pengamatan langsung langit di luar kelas, peserta didik dilatih menulis paragraf deskripsi cuaca harian dengan pengamatan pancaindra yang mendalam.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Cuaca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Keadaan udara pada suatu tempat tertentu dalam jangka waktu yang relatif singkat (harian).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Prakiraan Cuaca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Ramalan ilmiah mengenai kemungkinan kondisi cuaca di masa yang akan datang berdasarkan data meteorologi.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Musim Kemarau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Periode waktu dengan curah hujan sangat rendah dan sinar matahari bersinar terik dalam beberapa bulan.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Paragraf Deskripsi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Paragraf yang menggambarkan suatu objek atau peristiwa secara rinci sehingga pembaca seolah-olah melihat dan merasakannya sendiri.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3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