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Menulis Laporan Hasil Observasi Lapangan Kerja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Menulis Laporan Hasil Observasi Lapangan Kerja dalam konteks operasional kejuruan secara komprehensif.</w:t>
      </w:r>
    </w:p>
    <w:p>
      <w:pPr>
        <w:pStyle w:val="ListNumber"/>
      </w:pPr>
      <w:r>
        <w:rPr>
          <w:rFonts w:ascii="Calibri" w:hAnsi="Calibri"/>
          <w:b w:val="0"/>
          <w:i w:val="0"/>
          <w:color w:val="000000"/>
          <w:sz w:val="19"/>
        </w:rPr>
        <w:t>Menerapkan prosedur kerja dan teknik pemecahan masalah terkait Menulis Laporan Hasil Observasi Lapangan Kerja secara mandiri dan presisi.</w:t>
      </w:r>
    </w:p>
    <w:p>
      <w:pPr>
        <w:pStyle w:val="ListNumber"/>
      </w:pPr>
      <w:r>
        <w:rPr>
          <w:rFonts w:ascii="Calibri" w:hAnsi="Calibri"/>
          <w:b w:val="0"/>
          <w:i w:val="0"/>
          <w:color w:val="000000"/>
          <w:sz w:val="19"/>
        </w:rPr>
        <w:t>Mengevaluasi hasil kerja, kepatuhan SOP, dan keselamatan kerja (K3) pada aktivitas pembelajaran Menulis Laporan Hasil Observasi Lapangan Kerja.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teks laporan hasil observasi, kebahasaan kalimat definisi dan deskripsi, serta teknik menyusun data faktual bengkel.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Menulis Laporan Hasil Observasi Lapangan Kerja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Menulis Laporan Hasil Observasi Lapangan Kerja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Menulis Laporan Hasil Observasi Lapangan Kerja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Menulis Laporan Hasil Observasi Lapangan Kerja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Menulis Laporan Hasil Observasi Lapangan Kerja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Menulis Laporan Hasil Observasi Lapangan Kerja?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Menulis Laporan Hasil Observasi Lapangan Kerja.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Menulis Laporan Hasil Observasi Lapangan Kerja?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Menulis Laporan Hasil Observasi Lapangan Kerja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1: Menulis Laporan Hasil Observasi Lapangan Kerja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Menulis Laporan Hasil Observasi Lapangan Kerja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Menulis Laporan Hasil Observasi Lapangan Kerja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Menulis Laporan Hasil Observasi Lapangan Kerja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Menulis Laporan Hasil Observasi Lapangan Kerja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Menulis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Menulis Laporan Hasil Observasi Lapangan Kerja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Laporan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Hasil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