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Belajar Menjadi Negosiator Ulung (Teks Negosiasi)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faktor penentu keberhasilan negosiasi dalam teks lisan dan tulis.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memproduksi teks negosiasi dengan memperhatikan struktur dan kaidah kebahasaan santun.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surat niaga/penawaran kerja sama yang efektif dan formal.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menganalisis struktur orientasi, pengajuan, penawaran, dan persetujuan dalam teks negosiasi, strategi komunikasi persuasif, serta penyusunan draf surat penawaran kerja sama formal.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dan Prinsip Negosiasi Mufakat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konsep win-win solution, etika bernegosiasi, dan fungsi sosial negosiasi dalam dunia kerja dan bisnis.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Teks Negosiasi Lisan dan Tertulis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Membedah alur percakapan mulai dari orientasi, pengajuan, penawaran, hingga kesepakatan persetujuan.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Strategi Komunikasi Persuasif dan Kesantunan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argumen logis, bahasa santun, dan kalimat kondisional untuk meyakinkan mitra bicara.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Penyusunan Surat Penawaran dan Kerja Sama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surat bisnis formal berisi penawaran produk, spesifikasi teknis, rincian harga, dan klausul kesepakatan.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Faktor utama yang menentukan keberhasilan tercapainya kesepakatan mufakat dalam sebuah negosiasi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pihak yang memaksakan kehendak dengan ancaman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Penggunaan argumen logis yang disertai sikap santun saling menguntungkan (win-win)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Salah satu pihak mengalah secara total tanpa kompensasi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Memperpanjang proses perdebatan tanpa batas waktu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Negosiasi berhasil jika kedua pihak mengedepankan argumentasi rasional, kesantunan, dan mencari titik temu yang saling menguntungkan.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Tahap dalam struktur negosiasi di mana masing-masing pihak mulai menyampaikan penyesuaian harga atau syarat agar terjadi kesepakatan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Orientasi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Pengajuan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Penawaran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Persetujuan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Tahap penawaran adalah inti tawar-menawar di mana pihak-pihak saling mengajukan kompromi atas usulan awal.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kalimat santun yang mencerminkan taktik penawaran persuasif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Harga segini tidak bisa ditawar lagi, kalau tidak mau beli silakan pergi!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Barang ini sangat jelek, turunkan separuh harganya sekarang juga!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Bagaimana jika kami memesan dalam jumlah 100 unit, apakah Bapak bersedia memberikan diskon 15%?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Anda harus setuju dengan angka yang saya ajukan sekarang!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Kalimat pada opsi C mengajukan tawaran kompensasi (pesanan lebih banyak) dengan pilihan kata santun dan rasional.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Pasangan tuturan yang tepat pada tahap persetujuan teks negosiasi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Mengucapkan salam - Mengabaikan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Mengajukan keluhan - Memarahi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Menawarkan solusi akhir - Menyepakati kesepakatan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Meminta barang gratis - Menolak mentah-mentah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Tahap persetujuan diwujudkan melalui pasangan tuturan menawarkan klausul akhir dan pihak mitra menyetujui kesepakatan tersebut.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Bagian penutup surat penawaran barang formal biasanya berisi...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Daftar keluhan kualitas barang lama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Harapan terjalinnya kerja sama yang baik dan ucapan terima kasih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Ancaman pembatalan sepihak tanpa pemberitahuan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Kritik pedas terhadap manajemen calon mitra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Penutup surat penawaran formal memuat harapan kerja sama prospektif, kontak narahubung, dan salam penutup disertai rasa terima kasih.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4: Belajar Menjadi Negosiator Ulung (Teks Negosiasi)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dan Prinsip Negosiasi Mufakat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konsep win-win solution, etika bernegosiasi, dan fungsi sosial negosiasi dalam dunia kerja dan bisnis.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Teks Negosiasi Lisan dan Tertulis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Membedah alur percakapan mulai dari orientasi, pengajuan, penawaran, hingga kesepakatan persetujuan.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Strategi Komunikasi Persuasif dan Kesantunan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argumen logis, bahasa santun, dan kalimat kondisional untuk meyakinkan mitra bicara.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Penyusunan Surat Penawaran dan Kerja Sama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surat bisnis formal berisi penawaran produk, spesifikasi teknis, rincian harga, dan klausul kesepakatan.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Negosiasi adalah bentuk interaksi sosial yang bertujuan mencari kesepakatan mufakat di antara pihak-pihak yang memiliki perbedaan kepentingan. Keterampilan bernegosiasi mengedepankan pendekatan menang-menang (*win-win solution*) tanpa merugikan pihak lain.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teks negosiasi mencakup empat tahapan berurutan: orientasi (salam pembuka dan pencairan suasana), pengajuan (usulan awal kebutuhan), penawaran (proses tawar-menawar argumentatif), dan persetujuan (kesepakatan mufakat final).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Kaidah kebahasaan teks negosiasi menekankan kesantunan berbahasa, kalimat persuasif, tuturan berpasangan, pronomina persona, serta kalimat bersyarat. Peserta didik mempraktikkan simulasi negosiasi lisan dan menyusun surat penawaran barang/jasa formal.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Negosiasi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tawar-menawar dengan jalan berunding guna mencapai kesepakatan bersama antara satu pihak dan pihak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Win-Win Solution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Penyelesaian masalah atau kesepakatan yang memberikan manfaat saling menguntungkan bagi seluruh pihak yang terlibat.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Tuturan Berpasangan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Pasangan aksi-reaksi dalam dialog percakapan (misal: mengucapkan salam-menjawab salam, menawarkan-menerima/menolak).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Bahasa Persuasif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bahasa yang digunakan untuk meyakinkan atau membujuk mitra tutur secara halus tanpa paksaan.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Surat Penawaran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Surat resmi yang dikirimkan pelaku usaha kepada calon pembeli untuk menawarkan produk atau jasa dengan ketentuan harga tertentu.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